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571D" w14:textId="77777777" w:rsidR="00ED21B0" w:rsidRDefault="00AF20B9">
      <w:pPr>
        <w:jc w:val="center"/>
      </w:pPr>
      <w:r>
        <w:rPr>
          <w:b/>
          <w:sz w:val="44"/>
        </w:rPr>
        <w:t>JOB DESCRIPTION</w:t>
      </w:r>
      <w:r>
        <w:rPr>
          <w:b/>
          <w:sz w:val="44"/>
        </w:rPr>
        <w:br/>
        <w:t>Kitchen Catering Assistant – Priory Hospital</w:t>
      </w:r>
    </w:p>
    <w:p w14:paraId="6101BC1D" w14:textId="5647654E" w:rsidR="00ED21B0" w:rsidRDefault="00334B55" w:rsidP="00334B55">
      <w:pPr>
        <w:jc w:val="center"/>
      </w:pPr>
      <w:r>
        <w:rPr>
          <w:noProof/>
        </w:rPr>
        <w:drawing>
          <wp:inline distT="0" distB="0" distL="0" distR="0" wp14:anchorId="3B709880" wp14:editId="69972763">
            <wp:extent cx="942975" cy="457200"/>
            <wp:effectExtent l="0" t="0" r="9525" b="0"/>
            <wp:docPr id="1" name="Picture 2" descr="signature_83578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signature_83578264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ED21B0" w14:paraId="4664583D" w14:textId="77777777">
        <w:tc>
          <w:tcPr>
            <w:tcW w:w="5112" w:type="dxa"/>
          </w:tcPr>
          <w:p w14:paraId="1A9A8C17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Function</w:t>
            </w:r>
          </w:p>
        </w:tc>
        <w:tc>
          <w:tcPr>
            <w:tcW w:w="5112" w:type="dxa"/>
          </w:tcPr>
          <w:p w14:paraId="35FD02E2" w14:textId="77777777" w:rsidR="00ED21B0" w:rsidRDefault="00AF20B9">
            <w:r>
              <w:t>Healthcare Catering Services</w:t>
            </w:r>
          </w:p>
        </w:tc>
      </w:tr>
      <w:tr w:rsidR="00ED21B0" w14:paraId="798B47C1" w14:textId="77777777">
        <w:tc>
          <w:tcPr>
            <w:tcW w:w="5112" w:type="dxa"/>
          </w:tcPr>
          <w:p w14:paraId="129A0896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Job Title</w:t>
            </w:r>
          </w:p>
        </w:tc>
        <w:tc>
          <w:tcPr>
            <w:tcW w:w="5112" w:type="dxa"/>
          </w:tcPr>
          <w:p w14:paraId="3A480F9A" w14:textId="77777777" w:rsidR="00ED21B0" w:rsidRDefault="00AF20B9">
            <w:r>
              <w:t>Kitchen Catering Assistant</w:t>
            </w:r>
          </w:p>
        </w:tc>
      </w:tr>
      <w:tr w:rsidR="00ED21B0" w14:paraId="7D9D83E0" w14:textId="77777777">
        <w:tc>
          <w:tcPr>
            <w:tcW w:w="5112" w:type="dxa"/>
          </w:tcPr>
          <w:p w14:paraId="6F4CBBE2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Location</w:t>
            </w:r>
          </w:p>
        </w:tc>
        <w:tc>
          <w:tcPr>
            <w:tcW w:w="5112" w:type="dxa"/>
          </w:tcPr>
          <w:p w14:paraId="6DD0C835" w14:textId="77777777" w:rsidR="00ED21B0" w:rsidRDefault="00AF20B9">
            <w:r>
              <w:t>Priory Hospital</w:t>
            </w:r>
          </w:p>
        </w:tc>
      </w:tr>
      <w:tr w:rsidR="00ED21B0" w:rsidRPr="002B4496" w14:paraId="1A02B241" w14:textId="77777777">
        <w:tc>
          <w:tcPr>
            <w:tcW w:w="5112" w:type="dxa"/>
          </w:tcPr>
          <w:p w14:paraId="1ED91480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Reporting To</w:t>
            </w:r>
          </w:p>
        </w:tc>
        <w:tc>
          <w:tcPr>
            <w:tcW w:w="5112" w:type="dxa"/>
          </w:tcPr>
          <w:p w14:paraId="08F42A2D" w14:textId="5D25C4A2" w:rsidR="00ED21B0" w:rsidRPr="00AF20B9" w:rsidRDefault="00AF20B9">
            <w:pPr>
              <w:rPr>
                <w:lang w:val="sv-SE"/>
              </w:rPr>
            </w:pPr>
            <w:r w:rsidRPr="00AF20B9">
              <w:rPr>
                <w:lang w:val="sv-SE"/>
              </w:rPr>
              <w:t>Sous Chef / Chef Manager / Chef</w:t>
            </w:r>
          </w:p>
        </w:tc>
      </w:tr>
      <w:tr w:rsidR="00ED21B0" w14:paraId="4A5E0276" w14:textId="77777777">
        <w:tc>
          <w:tcPr>
            <w:tcW w:w="5112" w:type="dxa"/>
          </w:tcPr>
          <w:p w14:paraId="747D1A0A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Additional Reporting Line</w:t>
            </w:r>
          </w:p>
        </w:tc>
        <w:tc>
          <w:tcPr>
            <w:tcW w:w="5112" w:type="dxa"/>
          </w:tcPr>
          <w:p w14:paraId="7E5CD4D6" w14:textId="77777777" w:rsidR="00ED21B0" w:rsidRDefault="00AF20B9">
            <w:r>
              <w:t>Peter Smith – Regional Operations Manager</w:t>
            </w:r>
          </w:p>
        </w:tc>
      </w:tr>
      <w:tr w:rsidR="00ED21B0" w14:paraId="4E63AE7F" w14:textId="77777777">
        <w:tc>
          <w:tcPr>
            <w:tcW w:w="5112" w:type="dxa"/>
          </w:tcPr>
          <w:p w14:paraId="1391584A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Environment</w:t>
            </w:r>
          </w:p>
        </w:tc>
        <w:tc>
          <w:tcPr>
            <w:tcW w:w="5112" w:type="dxa"/>
          </w:tcPr>
          <w:p w14:paraId="49F4C62E" w14:textId="77777777" w:rsidR="00ED21B0" w:rsidRDefault="00AF20B9">
            <w:r>
              <w:t>Mental Health, Eating Disorder &amp; Private Patient Services</w:t>
            </w:r>
          </w:p>
        </w:tc>
      </w:tr>
    </w:tbl>
    <w:p w14:paraId="612A2B88" w14:textId="77777777" w:rsidR="00ED21B0" w:rsidRDefault="00ED21B0"/>
    <w:p w14:paraId="29D4E1BD" w14:textId="77777777" w:rsidR="00ED21B0" w:rsidRDefault="00AF20B9">
      <w:pPr>
        <w:pStyle w:val="Heading1"/>
      </w:pPr>
      <w:r>
        <w:t>1. Purpose of the Role</w:t>
      </w:r>
    </w:p>
    <w:p w14:paraId="66E4E7A0" w14:textId="77777777" w:rsidR="00ED21B0" w:rsidRDefault="00AF20B9">
      <w:r>
        <w:t>To support the kitchen team in delivering high-quality, fresh food services within Priory Hospital by assisting chefs with food preparation, kitchen operations, cleaning, and food service support.</w:t>
      </w:r>
    </w:p>
    <w:p w14:paraId="7696C867" w14:textId="77777777" w:rsidR="00ED21B0" w:rsidRDefault="00AF20B9">
      <w:r>
        <w:t>The Kitchen Catering Assistant will help maintain safe, efficient, and hygienic kitchen operations while supporting restaurant-quality food production for Mental Health, Eating Disorder, and Private Patients.</w:t>
      </w:r>
    </w:p>
    <w:p w14:paraId="11930B1C" w14:textId="77777777" w:rsidR="00ED21B0" w:rsidRDefault="00AF20B9">
      <w:pPr>
        <w:pStyle w:val="Heading1"/>
      </w:pPr>
      <w:r>
        <w:t>2. Key Dimensions of the Role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ED21B0" w14:paraId="5DC597D8" w14:textId="77777777">
        <w:tc>
          <w:tcPr>
            <w:tcW w:w="5112" w:type="dxa"/>
          </w:tcPr>
          <w:p w14:paraId="511DF608" w14:textId="77777777" w:rsidR="00ED21B0" w:rsidRDefault="00AF20B9">
            <w:r>
              <w:t>Area</w:t>
            </w:r>
          </w:p>
        </w:tc>
        <w:tc>
          <w:tcPr>
            <w:tcW w:w="5112" w:type="dxa"/>
          </w:tcPr>
          <w:p w14:paraId="057467FA" w14:textId="77777777" w:rsidR="00ED21B0" w:rsidRDefault="00AF20B9">
            <w:r>
              <w:t>Details</w:t>
            </w:r>
          </w:p>
        </w:tc>
      </w:tr>
      <w:tr w:rsidR="00ED21B0" w14:paraId="15732CFC" w14:textId="77777777">
        <w:tc>
          <w:tcPr>
            <w:tcW w:w="5112" w:type="dxa"/>
          </w:tcPr>
          <w:p w14:paraId="005F11E3" w14:textId="77777777" w:rsidR="00ED21B0" w:rsidRDefault="00AF20B9">
            <w:r>
              <w:t>Services Provided</w:t>
            </w:r>
          </w:p>
        </w:tc>
        <w:tc>
          <w:tcPr>
            <w:tcW w:w="5112" w:type="dxa"/>
          </w:tcPr>
          <w:p w14:paraId="5A3DF1D4" w14:textId="77777777" w:rsidR="00ED21B0" w:rsidRDefault="00AF20B9">
            <w:r>
              <w:t>Patient Dining, Staff Dining &amp; Hospitality</w:t>
            </w:r>
          </w:p>
        </w:tc>
      </w:tr>
      <w:tr w:rsidR="00ED21B0" w14:paraId="0B794CEE" w14:textId="77777777">
        <w:tc>
          <w:tcPr>
            <w:tcW w:w="5112" w:type="dxa"/>
          </w:tcPr>
          <w:p w14:paraId="7E916EAC" w14:textId="77777777" w:rsidR="00ED21B0" w:rsidRDefault="00AF20B9">
            <w:r>
              <w:t>Food Production</w:t>
            </w:r>
          </w:p>
        </w:tc>
        <w:tc>
          <w:tcPr>
            <w:tcW w:w="5112" w:type="dxa"/>
          </w:tcPr>
          <w:p w14:paraId="2C4FC65B" w14:textId="77777777" w:rsidR="00ED21B0" w:rsidRDefault="00AF20B9">
            <w:r>
              <w:t>Fresh food prepared and cooked on site</w:t>
            </w:r>
          </w:p>
        </w:tc>
      </w:tr>
      <w:tr w:rsidR="00ED21B0" w14:paraId="2764B0FD" w14:textId="77777777">
        <w:tc>
          <w:tcPr>
            <w:tcW w:w="5112" w:type="dxa"/>
          </w:tcPr>
          <w:p w14:paraId="4788FEF5" w14:textId="77777777" w:rsidR="00ED21B0" w:rsidRDefault="00AF20B9">
            <w:r>
              <w:t>Patient Groups</w:t>
            </w:r>
          </w:p>
        </w:tc>
        <w:tc>
          <w:tcPr>
            <w:tcW w:w="5112" w:type="dxa"/>
          </w:tcPr>
          <w:p w14:paraId="6DA9D531" w14:textId="77777777" w:rsidR="00ED21B0" w:rsidRDefault="00AF20B9">
            <w:r>
              <w:t>Mental Health, Eating Disorder &amp; Private Patients</w:t>
            </w:r>
          </w:p>
        </w:tc>
      </w:tr>
      <w:tr w:rsidR="00ED21B0" w14:paraId="729B1AEC" w14:textId="77777777">
        <w:tc>
          <w:tcPr>
            <w:tcW w:w="5112" w:type="dxa"/>
          </w:tcPr>
          <w:p w14:paraId="5CE69ADF" w14:textId="77777777" w:rsidR="00ED21B0" w:rsidRDefault="00AF20B9">
            <w:r>
              <w:t>Operating Environment</w:t>
            </w:r>
          </w:p>
        </w:tc>
        <w:tc>
          <w:tcPr>
            <w:tcW w:w="5112" w:type="dxa"/>
          </w:tcPr>
          <w:p w14:paraId="15D0495C" w14:textId="77777777" w:rsidR="00ED21B0" w:rsidRDefault="00AF20B9">
            <w:r>
              <w:t>Healthcare &amp; Clinical Environment</w:t>
            </w:r>
          </w:p>
        </w:tc>
      </w:tr>
      <w:tr w:rsidR="00ED21B0" w14:paraId="52D298D1" w14:textId="77777777">
        <w:tc>
          <w:tcPr>
            <w:tcW w:w="5112" w:type="dxa"/>
          </w:tcPr>
          <w:p w14:paraId="4364BB08" w14:textId="77777777" w:rsidR="00ED21B0" w:rsidRDefault="00AF20B9">
            <w:r>
              <w:t>Core Duties</w:t>
            </w:r>
          </w:p>
        </w:tc>
        <w:tc>
          <w:tcPr>
            <w:tcW w:w="5112" w:type="dxa"/>
          </w:tcPr>
          <w:p w14:paraId="0A67FFF2" w14:textId="77777777" w:rsidR="00ED21B0" w:rsidRDefault="00AF20B9">
            <w:r>
              <w:t>Kitchen Support, Cleaning, Food Preparation &amp; Service Support</w:t>
            </w:r>
          </w:p>
        </w:tc>
      </w:tr>
    </w:tbl>
    <w:p w14:paraId="743D62B7" w14:textId="77777777" w:rsidR="00ED21B0" w:rsidRDefault="00ED21B0"/>
    <w:p w14:paraId="7200E9AF" w14:textId="77777777" w:rsidR="00ED21B0" w:rsidRDefault="00AF20B9">
      <w:pPr>
        <w:pStyle w:val="Heading1"/>
      </w:pPr>
      <w:r>
        <w:t>3. Main Responsibilities</w:t>
      </w:r>
    </w:p>
    <w:p w14:paraId="2811CB4C" w14:textId="77777777" w:rsidR="00ED21B0" w:rsidRDefault="00AF20B9">
      <w:pPr>
        <w:pStyle w:val="Heading2"/>
      </w:pPr>
      <w:r>
        <w:t>Kitchen Support &amp; Food Preparation</w:t>
      </w:r>
    </w:p>
    <w:p w14:paraId="4DB0EBAA" w14:textId="77777777" w:rsidR="00ED21B0" w:rsidRDefault="00AF20B9">
      <w:pPr>
        <w:pStyle w:val="ListBullet"/>
      </w:pPr>
      <w:r>
        <w:t>Support chefs with basic food preparation including vegetables, salads, sandwiches, and desserts</w:t>
      </w:r>
    </w:p>
    <w:p w14:paraId="174DB66C" w14:textId="77777777" w:rsidR="00ED21B0" w:rsidRDefault="00AF20B9">
      <w:pPr>
        <w:pStyle w:val="ListBullet"/>
      </w:pPr>
      <w:r>
        <w:t xml:space="preserve">Assist with </w:t>
      </w:r>
      <w:proofErr w:type="spellStart"/>
      <w:r>
        <w:t>meal</w:t>
      </w:r>
      <w:proofErr w:type="spellEnd"/>
      <w:r>
        <w:t xml:space="preserve"> plating and preparation for patient and hospitality services</w:t>
      </w:r>
    </w:p>
    <w:p w14:paraId="1B5C02A9" w14:textId="77777777" w:rsidR="00ED21B0" w:rsidRDefault="00AF20B9">
      <w:pPr>
        <w:pStyle w:val="ListBullet"/>
      </w:pPr>
      <w:r>
        <w:t>Prepare ingredients and maintain stock levels for service periods</w:t>
      </w:r>
    </w:p>
    <w:p w14:paraId="33DED46D" w14:textId="77777777" w:rsidR="00ED21B0" w:rsidRDefault="00AF20B9">
      <w:pPr>
        <w:pStyle w:val="ListBullet"/>
      </w:pPr>
      <w:r>
        <w:t>Support restaurant-quality food presentation standards</w:t>
      </w:r>
    </w:p>
    <w:p w14:paraId="06883AEF" w14:textId="77777777" w:rsidR="00ED21B0" w:rsidRDefault="00AF20B9">
      <w:pPr>
        <w:pStyle w:val="ListBullet"/>
      </w:pPr>
      <w:r>
        <w:t>Assist with food deliveries, storage, and stock rotation</w:t>
      </w:r>
    </w:p>
    <w:p w14:paraId="3349946E" w14:textId="77777777" w:rsidR="00ED21B0" w:rsidRDefault="00AF20B9">
      <w:pPr>
        <w:pStyle w:val="ListBullet"/>
      </w:pPr>
      <w:r>
        <w:t>Ensure food is prepared and stored safely in line with food safety requirements</w:t>
      </w:r>
    </w:p>
    <w:p w14:paraId="28CFFCE1" w14:textId="77777777" w:rsidR="00ED21B0" w:rsidRDefault="00AF20B9">
      <w:pPr>
        <w:pStyle w:val="Heading2"/>
      </w:pPr>
      <w:r>
        <w:t>Cleaning &amp; Hygiene</w:t>
      </w:r>
    </w:p>
    <w:p w14:paraId="4E251110" w14:textId="77777777" w:rsidR="00ED21B0" w:rsidRDefault="00AF20B9">
      <w:pPr>
        <w:pStyle w:val="ListBullet"/>
      </w:pPr>
      <w:r>
        <w:t>Maintain high standards of cleanliness within kitchen and food preparation areas</w:t>
      </w:r>
    </w:p>
    <w:p w14:paraId="7F0C7E08" w14:textId="77777777" w:rsidR="00ED21B0" w:rsidRDefault="00AF20B9">
      <w:pPr>
        <w:pStyle w:val="ListBullet"/>
      </w:pPr>
      <w:r>
        <w:lastRenderedPageBreak/>
        <w:t>Wash dishes, utensils, kitchen equipment, and food preparation areas</w:t>
      </w:r>
    </w:p>
    <w:p w14:paraId="1D4BF657" w14:textId="77777777" w:rsidR="00ED21B0" w:rsidRDefault="00AF20B9">
      <w:pPr>
        <w:pStyle w:val="ListBullet"/>
      </w:pPr>
      <w:r>
        <w:t>Complete cleaning schedules and hygiene records accurately</w:t>
      </w:r>
    </w:p>
    <w:p w14:paraId="06361DC8" w14:textId="77777777" w:rsidR="00ED21B0" w:rsidRDefault="00AF20B9">
      <w:pPr>
        <w:pStyle w:val="ListBullet"/>
      </w:pPr>
      <w:r>
        <w:t>Dispose of waste safely and correctly following site procedures</w:t>
      </w:r>
    </w:p>
    <w:p w14:paraId="652141A5" w14:textId="77777777" w:rsidR="00ED21B0" w:rsidRDefault="00AF20B9">
      <w:pPr>
        <w:pStyle w:val="ListBullet"/>
      </w:pPr>
      <w:r>
        <w:t>Support infection prevention and control standards throughout the kitchen</w:t>
      </w:r>
    </w:p>
    <w:p w14:paraId="47E0356D" w14:textId="77777777" w:rsidR="00ED21B0" w:rsidRDefault="00AF20B9">
      <w:pPr>
        <w:pStyle w:val="Heading2"/>
      </w:pPr>
      <w:r>
        <w:t>Health &amp; Safety Compliance</w:t>
      </w:r>
    </w:p>
    <w:p w14:paraId="7F6E724E" w14:textId="77777777" w:rsidR="00ED21B0" w:rsidRDefault="00AF20B9">
      <w:pPr>
        <w:pStyle w:val="ListBullet"/>
      </w:pPr>
      <w:r>
        <w:t>Comply with HACCP, COSHH, Food Safety, and Health &amp; Safety procedures</w:t>
      </w:r>
    </w:p>
    <w:p w14:paraId="4B242720" w14:textId="77777777" w:rsidR="00ED21B0" w:rsidRDefault="00AF20B9">
      <w:pPr>
        <w:pStyle w:val="ListBullet"/>
      </w:pPr>
      <w:proofErr w:type="gramStart"/>
      <w:r>
        <w:t>Follow allergen awareness and food handling procedures at all times</w:t>
      </w:r>
      <w:proofErr w:type="gramEnd"/>
    </w:p>
    <w:p w14:paraId="44FDDC27" w14:textId="77777777" w:rsidR="00ED21B0" w:rsidRDefault="00AF20B9">
      <w:pPr>
        <w:pStyle w:val="ListBullet"/>
      </w:pPr>
      <w:r>
        <w:t>Use kitchen equipment safely and report faults immediately</w:t>
      </w:r>
    </w:p>
    <w:p w14:paraId="59F3A2BA" w14:textId="77777777" w:rsidR="00ED21B0" w:rsidRDefault="00AF20B9">
      <w:pPr>
        <w:pStyle w:val="ListBullet"/>
      </w:pPr>
      <w:r>
        <w:t>Maintain compliance with Sodexo and Priory Hospital policies and procedures</w:t>
      </w:r>
    </w:p>
    <w:p w14:paraId="72B69C40" w14:textId="77777777" w:rsidR="00ED21B0" w:rsidRDefault="00AF20B9">
      <w:pPr>
        <w:pStyle w:val="ListBullet"/>
      </w:pPr>
      <w:r>
        <w:t>Attend all mandatory training and compliance sessions</w:t>
      </w:r>
    </w:p>
    <w:p w14:paraId="6295258E" w14:textId="77777777" w:rsidR="00ED21B0" w:rsidRDefault="00AF20B9">
      <w:pPr>
        <w:pStyle w:val="Heading2"/>
      </w:pPr>
      <w:r>
        <w:t>Teamwork &amp; Professionalism</w:t>
      </w:r>
    </w:p>
    <w:p w14:paraId="0ECE9E6B" w14:textId="77777777" w:rsidR="00ED21B0" w:rsidRDefault="00AF20B9">
      <w:pPr>
        <w:pStyle w:val="ListBullet"/>
      </w:pPr>
      <w:r>
        <w:t>Work collaboratively with chefs, catering assistants, and ward teams</w:t>
      </w:r>
    </w:p>
    <w:p w14:paraId="27A01C94" w14:textId="77777777" w:rsidR="00ED21B0" w:rsidRDefault="00AF20B9">
      <w:pPr>
        <w:pStyle w:val="ListBullet"/>
      </w:pPr>
      <w:r>
        <w:t>Support a positive and professional kitchen culture</w:t>
      </w:r>
    </w:p>
    <w:p w14:paraId="44752BF6" w14:textId="77777777" w:rsidR="00ED21B0" w:rsidRDefault="00AF20B9">
      <w:pPr>
        <w:pStyle w:val="ListBullet"/>
      </w:pPr>
      <w:r>
        <w:t>Communicate respectfully and professionally with colleagues</w:t>
      </w:r>
    </w:p>
    <w:p w14:paraId="5E24602C" w14:textId="77777777" w:rsidR="00ED21B0" w:rsidRDefault="00AF20B9">
      <w:pPr>
        <w:pStyle w:val="ListBullet"/>
      </w:pPr>
      <w:r>
        <w:t>Demonstrate flexibility to support operational requirements</w:t>
      </w:r>
    </w:p>
    <w:p w14:paraId="348A4FBA" w14:textId="77777777" w:rsidR="00ED21B0" w:rsidRDefault="00AF20B9">
      <w:pPr>
        <w:pStyle w:val="ListBullet"/>
      </w:pPr>
      <w:r>
        <w:t>Promote Sodexo values of Service Spirit, Team Spirit, and Spirit of Progress</w:t>
      </w:r>
    </w:p>
    <w:p w14:paraId="392160F2" w14:textId="77777777" w:rsidR="00ED21B0" w:rsidRDefault="00AF20B9">
      <w:pPr>
        <w:pStyle w:val="Heading1"/>
      </w:pPr>
      <w:r>
        <w:t>4. Accountabilities</w:t>
      </w:r>
    </w:p>
    <w:p w14:paraId="5090FD9A" w14:textId="77777777" w:rsidR="00ED21B0" w:rsidRDefault="00AF20B9">
      <w:r>
        <w:rPr>
          <w:b/>
        </w:rPr>
        <w:t xml:space="preserve">Kitchen Support: </w:t>
      </w:r>
      <w:r>
        <w:t>Provide effective support to chefs and kitchen operations.</w:t>
      </w:r>
    </w:p>
    <w:p w14:paraId="655DE70B" w14:textId="77777777" w:rsidR="00ED21B0" w:rsidRDefault="00AF20B9">
      <w:r>
        <w:rPr>
          <w:b/>
        </w:rPr>
        <w:t xml:space="preserve">Food Safety: </w:t>
      </w:r>
      <w:r>
        <w:t>Maintain compliance with food hygiene, allergen, and health &amp; safety standards.</w:t>
      </w:r>
    </w:p>
    <w:p w14:paraId="5E7572A0" w14:textId="77777777" w:rsidR="00ED21B0" w:rsidRDefault="00AF20B9">
      <w:r>
        <w:rPr>
          <w:b/>
        </w:rPr>
        <w:t xml:space="preserve">Operational Standards: </w:t>
      </w:r>
      <w:r>
        <w:t xml:space="preserve">Maintain clean, </w:t>
      </w:r>
      <w:proofErr w:type="spellStart"/>
      <w:r>
        <w:t>organised</w:t>
      </w:r>
      <w:proofErr w:type="spellEnd"/>
      <w:r>
        <w:t>, and safe kitchen environments.</w:t>
      </w:r>
    </w:p>
    <w:p w14:paraId="5ABB57F6" w14:textId="77777777" w:rsidR="00ED21B0" w:rsidRDefault="00AF20B9">
      <w:r>
        <w:rPr>
          <w:b/>
        </w:rPr>
        <w:t xml:space="preserve">Service Excellence: </w:t>
      </w:r>
      <w:r>
        <w:t>Support high-quality food production and patient dining experiences.</w:t>
      </w:r>
    </w:p>
    <w:p w14:paraId="602A7186" w14:textId="77777777" w:rsidR="00ED21B0" w:rsidRDefault="00AF20B9">
      <w:r>
        <w:rPr>
          <w:b/>
        </w:rPr>
        <w:t xml:space="preserve">Professional Standards: </w:t>
      </w:r>
      <w:r>
        <w:t xml:space="preserve">Demonstrate reliability, teamwork, and professionalism </w:t>
      </w:r>
      <w:proofErr w:type="gramStart"/>
      <w:r>
        <w:t>at all times</w:t>
      </w:r>
      <w:proofErr w:type="gramEnd"/>
      <w:r>
        <w:t>.</w:t>
      </w:r>
    </w:p>
    <w:p w14:paraId="3A8BE19B" w14:textId="77777777" w:rsidR="002B4496" w:rsidRDefault="002B4496"/>
    <w:p w14:paraId="6A4ADC30" w14:textId="77777777" w:rsidR="002B4496" w:rsidRDefault="002B4496"/>
    <w:p w14:paraId="49E91CCF" w14:textId="77777777" w:rsidR="002B4496" w:rsidRDefault="002B4496"/>
    <w:p w14:paraId="00D726D0" w14:textId="77777777" w:rsidR="002B4496" w:rsidRDefault="002B4496"/>
    <w:p w14:paraId="553BBF84" w14:textId="77777777" w:rsidR="002B4496" w:rsidRDefault="002B4496"/>
    <w:p w14:paraId="564AD7C1" w14:textId="77777777" w:rsidR="002B4496" w:rsidRDefault="002B4496"/>
    <w:p w14:paraId="188F7181" w14:textId="77777777" w:rsidR="002B4496" w:rsidRDefault="002B4496"/>
    <w:p w14:paraId="351BFABA" w14:textId="77777777" w:rsidR="002B4496" w:rsidRDefault="002B4496"/>
    <w:p w14:paraId="575216DE" w14:textId="77777777" w:rsidR="00ED21B0" w:rsidRDefault="00AF20B9">
      <w:pPr>
        <w:pStyle w:val="Heading1"/>
      </w:pPr>
      <w:r>
        <w:lastRenderedPageBreak/>
        <w:t>5. Person Specification</w:t>
      </w:r>
    </w:p>
    <w:p w14:paraId="03441FCA" w14:textId="77777777" w:rsidR="00ED21B0" w:rsidRDefault="00AF20B9">
      <w:pPr>
        <w:pStyle w:val="Heading2"/>
      </w:pPr>
      <w:r>
        <w:t>Essential Skills &amp; Experience</w:t>
      </w:r>
    </w:p>
    <w:p w14:paraId="67843364" w14:textId="77777777" w:rsidR="00ED21B0" w:rsidRDefault="00AF20B9">
      <w:pPr>
        <w:pStyle w:val="ListBullet"/>
      </w:pPr>
      <w:r>
        <w:t>Positive attitude and willingness to learn</w:t>
      </w:r>
    </w:p>
    <w:p w14:paraId="55B46735" w14:textId="77777777" w:rsidR="00ED21B0" w:rsidRDefault="00AF20B9">
      <w:pPr>
        <w:pStyle w:val="ListBullet"/>
      </w:pPr>
      <w:r>
        <w:t>Ability to work effectively as part of a kitchen team</w:t>
      </w:r>
    </w:p>
    <w:p w14:paraId="04E851F8" w14:textId="77777777" w:rsidR="00ED21B0" w:rsidRDefault="00AF20B9">
      <w:pPr>
        <w:pStyle w:val="ListBullet"/>
      </w:pPr>
      <w:r>
        <w:t>Understanding of basic food hygiene and safety practices</w:t>
      </w:r>
    </w:p>
    <w:p w14:paraId="5F9D5848" w14:textId="77777777" w:rsidR="00ED21B0" w:rsidRDefault="00AF20B9">
      <w:pPr>
        <w:pStyle w:val="ListBullet"/>
      </w:pPr>
      <w:r>
        <w:t>Ability to work in a fast-paced environment</w:t>
      </w:r>
    </w:p>
    <w:p w14:paraId="32509D0C" w14:textId="77777777" w:rsidR="00ED21B0" w:rsidRDefault="00AF20B9">
      <w:pPr>
        <w:pStyle w:val="ListBullet"/>
      </w:pPr>
      <w:r>
        <w:t xml:space="preserve">Good communication and </w:t>
      </w:r>
      <w:proofErr w:type="spellStart"/>
      <w:r>
        <w:t>organisational</w:t>
      </w:r>
      <w:proofErr w:type="spellEnd"/>
      <w:r>
        <w:t xml:space="preserve"> skills</w:t>
      </w:r>
    </w:p>
    <w:p w14:paraId="59A5957F" w14:textId="77777777" w:rsidR="00ED21B0" w:rsidRDefault="00AF20B9">
      <w:pPr>
        <w:pStyle w:val="ListBullet"/>
      </w:pPr>
      <w:r>
        <w:t>Ability to carry out manual handling and standing duties</w:t>
      </w:r>
    </w:p>
    <w:p w14:paraId="4065158F" w14:textId="77777777" w:rsidR="00ED21B0" w:rsidRDefault="00AF20B9">
      <w:pPr>
        <w:pStyle w:val="ListBullet"/>
      </w:pPr>
      <w:r>
        <w:t>Flexible approach to working patterns and operational demands</w:t>
      </w:r>
    </w:p>
    <w:p w14:paraId="3C9366E5" w14:textId="77777777" w:rsidR="00AF20B9" w:rsidRDefault="00AF20B9">
      <w:pPr>
        <w:pStyle w:val="Heading2"/>
      </w:pPr>
    </w:p>
    <w:p w14:paraId="00F8E26C" w14:textId="0CF560E8" w:rsidR="00ED21B0" w:rsidRDefault="00AF20B9">
      <w:pPr>
        <w:pStyle w:val="Heading2"/>
      </w:pPr>
      <w:r>
        <w:t>Desirable Experience</w:t>
      </w:r>
    </w:p>
    <w:p w14:paraId="67130A0C" w14:textId="77777777" w:rsidR="00ED21B0" w:rsidRDefault="00AF20B9">
      <w:pPr>
        <w:pStyle w:val="ListBullet"/>
      </w:pPr>
      <w:r>
        <w:t>Previous kitchen, catering, or hospitality experience</w:t>
      </w:r>
    </w:p>
    <w:p w14:paraId="60754CC5" w14:textId="77777777" w:rsidR="00ED21B0" w:rsidRDefault="00AF20B9">
      <w:pPr>
        <w:pStyle w:val="ListBullet"/>
      </w:pPr>
      <w:r>
        <w:t>Healthcare or hospital catering experience</w:t>
      </w:r>
    </w:p>
    <w:p w14:paraId="0F0F01C7" w14:textId="77777777" w:rsidR="00ED21B0" w:rsidRDefault="00AF20B9">
      <w:pPr>
        <w:pStyle w:val="ListBullet"/>
      </w:pPr>
      <w:r>
        <w:t>Food Safety Level 1 or Level 2 qualification</w:t>
      </w:r>
    </w:p>
    <w:p w14:paraId="4DC3EB76" w14:textId="77777777" w:rsidR="00ED21B0" w:rsidRDefault="00AF20B9">
      <w:pPr>
        <w:pStyle w:val="ListBullet"/>
      </w:pPr>
      <w:r>
        <w:t>Understanding of allergen awareness and infection prevention procedures</w:t>
      </w:r>
    </w:p>
    <w:p w14:paraId="702CE23C" w14:textId="77777777" w:rsidR="00ED21B0" w:rsidRDefault="00AF20B9">
      <w:pPr>
        <w:pStyle w:val="ListBullet"/>
      </w:pPr>
      <w:r>
        <w:t>Experience supporting fresh food production</w:t>
      </w:r>
    </w:p>
    <w:p w14:paraId="04F005DF" w14:textId="77777777" w:rsidR="00ED21B0" w:rsidRDefault="00AF20B9">
      <w:pPr>
        <w:pStyle w:val="Heading1"/>
      </w:pPr>
      <w:r>
        <w:t>6. Sodexo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ED21B0" w14:paraId="19C04C6D" w14:textId="77777777">
        <w:tc>
          <w:tcPr>
            <w:tcW w:w="5112" w:type="dxa"/>
          </w:tcPr>
          <w:p w14:paraId="071DE90C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Competency</w:t>
            </w:r>
          </w:p>
        </w:tc>
        <w:tc>
          <w:tcPr>
            <w:tcW w:w="5112" w:type="dxa"/>
          </w:tcPr>
          <w:p w14:paraId="21822B35" w14:textId="77777777" w:rsidR="00ED21B0" w:rsidRPr="00AF20B9" w:rsidRDefault="00AF20B9">
            <w:pPr>
              <w:rPr>
                <w:b/>
                <w:bCs/>
              </w:rPr>
            </w:pPr>
            <w:r w:rsidRPr="00AF20B9">
              <w:rPr>
                <w:b/>
                <w:bCs/>
              </w:rPr>
              <w:t>Expectation</w:t>
            </w:r>
          </w:p>
        </w:tc>
      </w:tr>
      <w:tr w:rsidR="00ED21B0" w14:paraId="218DFDC7" w14:textId="77777777">
        <w:tc>
          <w:tcPr>
            <w:tcW w:w="5112" w:type="dxa"/>
          </w:tcPr>
          <w:p w14:paraId="01409F9C" w14:textId="77777777" w:rsidR="00ED21B0" w:rsidRDefault="00AF20B9">
            <w:r>
              <w:t>Service Spirit</w:t>
            </w:r>
          </w:p>
        </w:tc>
        <w:tc>
          <w:tcPr>
            <w:tcW w:w="5112" w:type="dxa"/>
          </w:tcPr>
          <w:p w14:paraId="2737C504" w14:textId="77777777" w:rsidR="00ED21B0" w:rsidRDefault="00AF20B9">
            <w:r>
              <w:t>Support excellent food quality and service standards</w:t>
            </w:r>
          </w:p>
        </w:tc>
      </w:tr>
      <w:tr w:rsidR="00ED21B0" w14:paraId="7F68259A" w14:textId="77777777">
        <w:tc>
          <w:tcPr>
            <w:tcW w:w="5112" w:type="dxa"/>
          </w:tcPr>
          <w:p w14:paraId="5F4D79AB" w14:textId="77777777" w:rsidR="00ED21B0" w:rsidRDefault="00AF20B9">
            <w:r>
              <w:t>Team Spirit</w:t>
            </w:r>
          </w:p>
        </w:tc>
        <w:tc>
          <w:tcPr>
            <w:tcW w:w="5112" w:type="dxa"/>
          </w:tcPr>
          <w:p w14:paraId="3A418A6C" w14:textId="77777777" w:rsidR="00ED21B0" w:rsidRDefault="00AF20B9">
            <w:r>
              <w:t>Work positively and collaboratively within the kitchen team</w:t>
            </w:r>
          </w:p>
        </w:tc>
      </w:tr>
      <w:tr w:rsidR="00ED21B0" w14:paraId="28C5EC0B" w14:textId="77777777">
        <w:tc>
          <w:tcPr>
            <w:tcW w:w="5112" w:type="dxa"/>
          </w:tcPr>
          <w:p w14:paraId="59777304" w14:textId="77777777" w:rsidR="00ED21B0" w:rsidRDefault="00AF20B9">
            <w:r>
              <w:t>Spirit of Progress</w:t>
            </w:r>
          </w:p>
        </w:tc>
        <w:tc>
          <w:tcPr>
            <w:tcW w:w="5112" w:type="dxa"/>
          </w:tcPr>
          <w:p w14:paraId="568433D9" w14:textId="77777777" w:rsidR="00ED21B0" w:rsidRDefault="00AF20B9">
            <w:r>
              <w:t>Demonstrate willingness to learn and improve</w:t>
            </w:r>
          </w:p>
        </w:tc>
      </w:tr>
      <w:tr w:rsidR="00ED21B0" w14:paraId="3293B932" w14:textId="77777777">
        <w:tc>
          <w:tcPr>
            <w:tcW w:w="5112" w:type="dxa"/>
          </w:tcPr>
          <w:p w14:paraId="4BFD1E2A" w14:textId="77777777" w:rsidR="00ED21B0" w:rsidRDefault="00AF20B9">
            <w:r>
              <w:t>Compliance &amp; Safety</w:t>
            </w:r>
          </w:p>
        </w:tc>
        <w:tc>
          <w:tcPr>
            <w:tcW w:w="5112" w:type="dxa"/>
          </w:tcPr>
          <w:p w14:paraId="487B05A0" w14:textId="77777777" w:rsidR="00ED21B0" w:rsidRDefault="00AF20B9">
            <w:r>
              <w:t>Maintain safe and compliant working practices</w:t>
            </w:r>
          </w:p>
        </w:tc>
      </w:tr>
      <w:tr w:rsidR="00ED21B0" w14:paraId="3202032C" w14:textId="77777777">
        <w:tc>
          <w:tcPr>
            <w:tcW w:w="5112" w:type="dxa"/>
          </w:tcPr>
          <w:p w14:paraId="6834867B" w14:textId="77777777" w:rsidR="00ED21B0" w:rsidRDefault="00AF20B9">
            <w:r>
              <w:t>Customer Focus</w:t>
            </w:r>
          </w:p>
        </w:tc>
        <w:tc>
          <w:tcPr>
            <w:tcW w:w="5112" w:type="dxa"/>
          </w:tcPr>
          <w:p w14:paraId="42181C49" w14:textId="77777777" w:rsidR="00ED21B0" w:rsidRDefault="00AF20B9">
            <w:r>
              <w:t>Support positive patient dining experiences</w:t>
            </w:r>
          </w:p>
        </w:tc>
      </w:tr>
      <w:tr w:rsidR="00ED21B0" w14:paraId="6A7C7E11" w14:textId="77777777">
        <w:tc>
          <w:tcPr>
            <w:tcW w:w="5112" w:type="dxa"/>
          </w:tcPr>
          <w:p w14:paraId="124082FB" w14:textId="77777777" w:rsidR="00ED21B0" w:rsidRDefault="00AF20B9">
            <w:r>
              <w:t>Professionalism</w:t>
            </w:r>
          </w:p>
        </w:tc>
        <w:tc>
          <w:tcPr>
            <w:tcW w:w="5112" w:type="dxa"/>
          </w:tcPr>
          <w:p w14:paraId="4FEDA269" w14:textId="77777777" w:rsidR="00ED21B0" w:rsidRDefault="00AF20B9">
            <w:r>
              <w:t>Demonstrate reliability, respect, and integrity</w:t>
            </w:r>
          </w:p>
        </w:tc>
      </w:tr>
    </w:tbl>
    <w:p w14:paraId="44FD4FE8" w14:textId="77777777" w:rsidR="00ED21B0" w:rsidRDefault="00ED21B0"/>
    <w:p w14:paraId="44EF492E" w14:textId="77777777" w:rsidR="00ED21B0" w:rsidRDefault="00AF20B9">
      <w:pPr>
        <w:pStyle w:val="Heading1"/>
      </w:pPr>
      <w:r>
        <w:t>7. Working Conditions</w:t>
      </w:r>
    </w:p>
    <w:p w14:paraId="2AD731A5" w14:textId="77777777" w:rsidR="00ED21B0" w:rsidRDefault="00AF20B9">
      <w:pPr>
        <w:pStyle w:val="ListBullet"/>
      </w:pPr>
      <w:r>
        <w:t>Healthcare environment supporting vulnerable patients</w:t>
      </w:r>
    </w:p>
    <w:p w14:paraId="1C9848CE" w14:textId="77777777" w:rsidR="00ED21B0" w:rsidRDefault="00AF20B9">
      <w:pPr>
        <w:pStyle w:val="ListBullet"/>
      </w:pPr>
      <w:r>
        <w:t>Fast-paced kitchen and food production environment</w:t>
      </w:r>
    </w:p>
    <w:p w14:paraId="192DD3B7" w14:textId="77777777" w:rsidR="00ED21B0" w:rsidRDefault="00AF20B9">
      <w:pPr>
        <w:pStyle w:val="ListBullet"/>
      </w:pPr>
      <w:r>
        <w:t>Standing, lifting, and manual handling duties required</w:t>
      </w:r>
    </w:p>
    <w:p w14:paraId="0E1FD4E5" w14:textId="77777777" w:rsidR="00ED21B0" w:rsidRDefault="00AF20B9">
      <w:pPr>
        <w:pStyle w:val="ListBullet"/>
      </w:pPr>
      <w:r>
        <w:t>Weekend and shift working required</w:t>
      </w:r>
    </w:p>
    <w:p w14:paraId="76371E9E" w14:textId="77777777" w:rsidR="00ED21B0" w:rsidRDefault="00AF20B9">
      <w:pPr>
        <w:pStyle w:val="ListBullet"/>
      </w:pPr>
      <w:r>
        <w:t>Exposure to hot equipment and kitchen machinery</w:t>
      </w:r>
    </w:p>
    <w:p w14:paraId="3B9E93E7" w14:textId="77777777" w:rsidR="00ED21B0" w:rsidRDefault="00AF20B9">
      <w:pPr>
        <w:pStyle w:val="Heading1"/>
      </w:pPr>
      <w:r>
        <w:t>8. Management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ED21B0" w14:paraId="3EFC184F" w14:textId="77777777">
        <w:tc>
          <w:tcPr>
            <w:tcW w:w="5112" w:type="dxa"/>
          </w:tcPr>
          <w:p w14:paraId="4D9CCC2D" w14:textId="77777777" w:rsidR="00ED21B0" w:rsidRDefault="00AF20B9">
            <w:r>
              <w:t>Version</w:t>
            </w:r>
          </w:p>
        </w:tc>
        <w:tc>
          <w:tcPr>
            <w:tcW w:w="5112" w:type="dxa"/>
          </w:tcPr>
          <w:p w14:paraId="1351AA39" w14:textId="77777777" w:rsidR="00ED21B0" w:rsidRDefault="00AF20B9">
            <w:r>
              <w:t>1.0</w:t>
            </w:r>
          </w:p>
        </w:tc>
      </w:tr>
      <w:tr w:rsidR="00ED21B0" w14:paraId="71F7D5CE" w14:textId="77777777">
        <w:tc>
          <w:tcPr>
            <w:tcW w:w="5112" w:type="dxa"/>
          </w:tcPr>
          <w:p w14:paraId="683D731A" w14:textId="77777777" w:rsidR="00ED21B0" w:rsidRDefault="00AF20B9">
            <w:r>
              <w:t>Date</w:t>
            </w:r>
          </w:p>
        </w:tc>
        <w:tc>
          <w:tcPr>
            <w:tcW w:w="5112" w:type="dxa"/>
          </w:tcPr>
          <w:p w14:paraId="18759593" w14:textId="77777777" w:rsidR="00ED21B0" w:rsidRDefault="00AF20B9">
            <w:r>
              <w:t>11 May 2026</w:t>
            </w:r>
          </w:p>
        </w:tc>
      </w:tr>
      <w:tr w:rsidR="00ED21B0" w14:paraId="6F1CCE70" w14:textId="77777777">
        <w:tc>
          <w:tcPr>
            <w:tcW w:w="5112" w:type="dxa"/>
          </w:tcPr>
          <w:p w14:paraId="4BD242E3" w14:textId="77777777" w:rsidR="00ED21B0" w:rsidRDefault="00AF20B9">
            <w:r>
              <w:t>Document Owner</w:t>
            </w:r>
          </w:p>
        </w:tc>
        <w:tc>
          <w:tcPr>
            <w:tcW w:w="5112" w:type="dxa"/>
          </w:tcPr>
          <w:p w14:paraId="5C5CCC77" w14:textId="77777777" w:rsidR="00ED21B0" w:rsidRDefault="00AF20B9">
            <w:r>
              <w:t>Peter Smith</w:t>
            </w:r>
          </w:p>
        </w:tc>
      </w:tr>
    </w:tbl>
    <w:p w14:paraId="3F289D64" w14:textId="77777777" w:rsidR="00AF20B9" w:rsidRDefault="00AF20B9"/>
    <w:sectPr w:rsidR="00AF20B9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0C54" w14:textId="77777777" w:rsidR="00AF20B9" w:rsidRDefault="00AF20B9">
      <w:pPr>
        <w:spacing w:after="0" w:line="240" w:lineRule="auto"/>
      </w:pPr>
      <w:r>
        <w:separator/>
      </w:r>
    </w:p>
  </w:endnote>
  <w:endnote w:type="continuationSeparator" w:id="0">
    <w:p w14:paraId="29BE8A86" w14:textId="77777777" w:rsidR="00AF20B9" w:rsidRDefault="00AF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5B1C" w14:textId="77777777" w:rsidR="00ED21B0" w:rsidRDefault="00AF20B9">
    <w:pPr>
      <w:pStyle w:val="Footer"/>
    </w:pPr>
    <w:r>
      <w:t>Sodexo Healthcare | Priory Hospital | Kitchen Catering Assistant Job Description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3BF2" w14:textId="77777777" w:rsidR="00AF20B9" w:rsidRDefault="00AF20B9">
      <w:pPr>
        <w:spacing w:after="0" w:line="240" w:lineRule="auto"/>
      </w:pPr>
      <w:r>
        <w:separator/>
      </w:r>
    </w:p>
  </w:footnote>
  <w:footnote w:type="continuationSeparator" w:id="0">
    <w:p w14:paraId="35A73FAA" w14:textId="77777777" w:rsidR="00AF20B9" w:rsidRDefault="00AF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614957">
    <w:abstractNumId w:val="8"/>
  </w:num>
  <w:num w:numId="2" w16cid:durableId="1347947310">
    <w:abstractNumId w:val="6"/>
  </w:num>
  <w:num w:numId="3" w16cid:durableId="1316454198">
    <w:abstractNumId w:val="5"/>
  </w:num>
  <w:num w:numId="4" w16cid:durableId="965234489">
    <w:abstractNumId w:val="4"/>
  </w:num>
  <w:num w:numId="5" w16cid:durableId="986712048">
    <w:abstractNumId w:val="7"/>
  </w:num>
  <w:num w:numId="6" w16cid:durableId="1934973699">
    <w:abstractNumId w:val="3"/>
  </w:num>
  <w:num w:numId="7" w16cid:durableId="1906646879">
    <w:abstractNumId w:val="2"/>
  </w:num>
  <w:num w:numId="8" w16cid:durableId="423460527">
    <w:abstractNumId w:val="1"/>
  </w:num>
  <w:num w:numId="9" w16cid:durableId="1578326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496"/>
    <w:rsid w:val="00326F90"/>
    <w:rsid w:val="00334B55"/>
    <w:rsid w:val="00660979"/>
    <w:rsid w:val="007E5BBC"/>
    <w:rsid w:val="00AA1D8D"/>
    <w:rsid w:val="00AF20B9"/>
    <w:rsid w:val="00B47730"/>
    <w:rsid w:val="00BF0C29"/>
    <w:rsid w:val="00CB0664"/>
    <w:rsid w:val="00ED21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C9722E"/>
  <w14:defaultImageDpi w14:val="300"/>
  <w15:docId w15:val="{E53EE891-7CDC-42D1-9D02-3A4F837D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Smith, Peter (Healthcare)</cp:lastModifiedBy>
  <cp:revision>4</cp:revision>
  <dcterms:created xsi:type="dcterms:W3CDTF">2026-05-11T16:56:00Z</dcterms:created>
  <dcterms:modified xsi:type="dcterms:W3CDTF">2026-05-11T17:18:00Z</dcterms:modified>
  <cp:category/>
</cp:coreProperties>
</file>