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3870D" w14:textId="77777777" w:rsidR="00D75AF2" w:rsidRDefault="00F67D10">
      <w:pPr>
        <w:jc w:val="center"/>
      </w:pPr>
      <w:r>
        <w:rPr>
          <w:b/>
          <w:sz w:val="44"/>
        </w:rPr>
        <w:t>JOB DESCRIPTION</w:t>
      </w:r>
      <w:r>
        <w:rPr>
          <w:b/>
          <w:sz w:val="44"/>
        </w:rPr>
        <w:br/>
        <w:t>Head Chef – Priory Hospital</w:t>
      </w:r>
    </w:p>
    <w:p w14:paraId="0FFAB6E6" w14:textId="22E250F2" w:rsidR="00D75AF2" w:rsidRDefault="003702EC" w:rsidP="003702EC">
      <w:pPr>
        <w:jc w:val="center"/>
      </w:pPr>
      <w:r>
        <w:rPr>
          <w:noProof/>
        </w:rPr>
        <w:drawing>
          <wp:inline distT="0" distB="0" distL="0" distR="0" wp14:anchorId="5F482848" wp14:editId="6E3E4039">
            <wp:extent cx="942975" cy="457200"/>
            <wp:effectExtent l="0" t="0" r="9525" b="0"/>
            <wp:docPr id="1" name="Picture 2" descr="signature_835782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signature_83578264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D75AF2" w14:paraId="5980DA0A" w14:textId="77777777">
        <w:tc>
          <w:tcPr>
            <w:tcW w:w="5112" w:type="dxa"/>
          </w:tcPr>
          <w:p w14:paraId="20476069" w14:textId="77777777" w:rsidR="00D75AF2" w:rsidRDefault="00F67D10">
            <w:r>
              <w:t>Function</w:t>
            </w:r>
          </w:p>
        </w:tc>
        <w:tc>
          <w:tcPr>
            <w:tcW w:w="5112" w:type="dxa"/>
          </w:tcPr>
          <w:p w14:paraId="6D4A613A" w14:textId="77777777" w:rsidR="00D75AF2" w:rsidRDefault="00F67D10">
            <w:r>
              <w:t>Healthcare Catering Services</w:t>
            </w:r>
          </w:p>
        </w:tc>
      </w:tr>
      <w:tr w:rsidR="00D75AF2" w14:paraId="6F54661C" w14:textId="77777777">
        <w:tc>
          <w:tcPr>
            <w:tcW w:w="5112" w:type="dxa"/>
          </w:tcPr>
          <w:p w14:paraId="3F39A818" w14:textId="77777777" w:rsidR="00D75AF2" w:rsidRDefault="00F67D10">
            <w:r>
              <w:t>Job Title</w:t>
            </w:r>
          </w:p>
        </w:tc>
        <w:tc>
          <w:tcPr>
            <w:tcW w:w="5112" w:type="dxa"/>
          </w:tcPr>
          <w:p w14:paraId="21F2813B" w14:textId="77777777" w:rsidR="00D75AF2" w:rsidRDefault="00F67D10">
            <w:r>
              <w:t>Head Chef</w:t>
            </w:r>
          </w:p>
        </w:tc>
      </w:tr>
      <w:tr w:rsidR="00D75AF2" w14:paraId="35EA8607" w14:textId="77777777">
        <w:tc>
          <w:tcPr>
            <w:tcW w:w="5112" w:type="dxa"/>
          </w:tcPr>
          <w:p w14:paraId="13DE2A6C" w14:textId="77777777" w:rsidR="00D75AF2" w:rsidRDefault="00F67D10">
            <w:r>
              <w:t>Location</w:t>
            </w:r>
          </w:p>
        </w:tc>
        <w:tc>
          <w:tcPr>
            <w:tcW w:w="5112" w:type="dxa"/>
          </w:tcPr>
          <w:p w14:paraId="4D0E3A97" w14:textId="0FD03E27" w:rsidR="00D75AF2" w:rsidRDefault="00F67D10">
            <w:r>
              <w:t>Priory Hospital</w:t>
            </w:r>
            <w:r w:rsidR="00DD5FB4">
              <w:t xml:space="preserve"> Bristol</w:t>
            </w:r>
          </w:p>
        </w:tc>
      </w:tr>
      <w:tr w:rsidR="00D75AF2" w14:paraId="4ADB2908" w14:textId="77777777">
        <w:tc>
          <w:tcPr>
            <w:tcW w:w="5112" w:type="dxa"/>
          </w:tcPr>
          <w:p w14:paraId="012485DA" w14:textId="77777777" w:rsidR="00D75AF2" w:rsidRDefault="00F67D10">
            <w:r>
              <w:t>Reporting To</w:t>
            </w:r>
          </w:p>
        </w:tc>
        <w:tc>
          <w:tcPr>
            <w:tcW w:w="5112" w:type="dxa"/>
          </w:tcPr>
          <w:p w14:paraId="712F9E5C" w14:textId="3E323FE5" w:rsidR="00D75AF2" w:rsidRDefault="00DD5FB4">
            <w:r>
              <w:t xml:space="preserve">Karen Dilloway - </w:t>
            </w:r>
            <w:r w:rsidR="00F67D10">
              <w:t>Catering Manager</w:t>
            </w:r>
          </w:p>
        </w:tc>
      </w:tr>
      <w:tr w:rsidR="00D75AF2" w14:paraId="6CF0B4EF" w14:textId="77777777">
        <w:tc>
          <w:tcPr>
            <w:tcW w:w="5112" w:type="dxa"/>
          </w:tcPr>
          <w:p w14:paraId="54C1F5CA" w14:textId="77777777" w:rsidR="00D75AF2" w:rsidRDefault="00F67D10">
            <w:r>
              <w:t>Additional Reporting Line</w:t>
            </w:r>
          </w:p>
        </w:tc>
        <w:tc>
          <w:tcPr>
            <w:tcW w:w="5112" w:type="dxa"/>
          </w:tcPr>
          <w:p w14:paraId="2FFF3714" w14:textId="77777777" w:rsidR="00D75AF2" w:rsidRDefault="00F67D10">
            <w:r>
              <w:t>Peter Smith – Regional Operations Manager</w:t>
            </w:r>
          </w:p>
        </w:tc>
      </w:tr>
      <w:tr w:rsidR="00D75AF2" w14:paraId="56DAE384" w14:textId="77777777">
        <w:tc>
          <w:tcPr>
            <w:tcW w:w="5112" w:type="dxa"/>
          </w:tcPr>
          <w:p w14:paraId="695A1747" w14:textId="77777777" w:rsidR="00D75AF2" w:rsidRDefault="00F67D10">
            <w:r>
              <w:t>Environment</w:t>
            </w:r>
          </w:p>
        </w:tc>
        <w:tc>
          <w:tcPr>
            <w:tcW w:w="5112" w:type="dxa"/>
          </w:tcPr>
          <w:p w14:paraId="403BF2B5" w14:textId="77777777" w:rsidR="00D75AF2" w:rsidRDefault="00F67D10">
            <w:r>
              <w:t>Mental Health, Eating Disorder &amp; Private Patient Services</w:t>
            </w:r>
          </w:p>
        </w:tc>
      </w:tr>
      <w:tr w:rsidR="00D75AF2" w14:paraId="3D3E1D5E" w14:textId="77777777">
        <w:tc>
          <w:tcPr>
            <w:tcW w:w="5112" w:type="dxa"/>
          </w:tcPr>
          <w:p w14:paraId="26573006" w14:textId="77777777" w:rsidR="00D75AF2" w:rsidRDefault="00F67D10">
            <w:r>
              <w:t>Operational Structure</w:t>
            </w:r>
          </w:p>
        </w:tc>
        <w:tc>
          <w:tcPr>
            <w:tcW w:w="5112" w:type="dxa"/>
          </w:tcPr>
          <w:p w14:paraId="79DA0D53" w14:textId="77777777" w:rsidR="00D75AF2" w:rsidRDefault="00F67D10">
            <w:r>
              <w:t>Two Kitchen Operations with Front of House Support</w:t>
            </w:r>
          </w:p>
        </w:tc>
      </w:tr>
    </w:tbl>
    <w:p w14:paraId="12F96E80" w14:textId="77777777" w:rsidR="00D75AF2" w:rsidRDefault="00D75AF2"/>
    <w:p w14:paraId="0610E5B1" w14:textId="77777777" w:rsidR="00D75AF2" w:rsidRDefault="00F67D10">
      <w:pPr>
        <w:pStyle w:val="Heading1"/>
      </w:pPr>
      <w:r>
        <w:t>1. Purpose of the Role</w:t>
      </w:r>
    </w:p>
    <w:p w14:paraId="51486BD3" w14:textId="77777777" w:rsidR="00D75AF2" w:rsidRDefault="00F67D10">
      <w:r>
        <w:t>To lead and manage the kitchen operations across Priory Hospital, ensuring the delivery of high-quality, freshly prepared meals for Mental Health, Eating Disorder, and Private Patients.</w:t>
      </w:r>
    </w:p>
    <w:p w14:paraId="625D6427" w14:textId="77777777" w:rsidR="00D75AF2" w:rsidRDefault="00F67D10">
      <w:r>
        <w:t>The Head Chef is responsible for maintaining exceptional culinary standards, operational efficiency, and healthcare compliance across two separate kitchens while supporting the overall catering strategy led by the Catering Manager.</w:t>
      </w:r>
    </w:p>
    <w:p w14:paraId="33D81897" w14:textId="77777777" w:rsidR="00D75AF2" w:rsidRDefault="00F67D10">
      <w:r>
        <w:t>The role will ensure all food is prepared and presented to restaurant-quality standards, particularly within Private Patient dining services, while maintaining strict dietary, allergen, food safety, and healthcare compliance requirements.</w:t>
      </w:r>
    </w:p>
    <w:p w14:paraId="04342C54" w14:textId="77777777" w:rsidR="00D75AF2" w:rsidRDefault="00F67D10">
      <w:pPr>
        <w:pStyle w:val="Heading1"/>
      </w:pPr>
      <w:r>
        <w:t>2. Key Dimensions of the Role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D75AF2" w14:paraId="3B2CA7D8" w14:textId="77777777">
        <w:tc>
          <w:tcPr>
            <w:tcW w:w="5112" w:type="dxa"/>
          </w:tcPr>
          <w:p w14:paraId="60955354" w14:textId="77777777" w:rsidR="00D75AF2" w:rsidRDefault="00F67D10">
            <w:r>
              <w:t>Area</w:t>
            </w:r>
          </w:p>
        </w:tc>
        <w:tc>
          <w:tcPr>
            <w:tcW w:w="5112" w:type="dxa"/>
          </w:tcPr>
          <w:p w14:paraId="5BAA9BED" w14:textId="77777777" w:rsidR="00D75AF2" w:rsidRDefault="00F67D10">
            <w:r>
              <w:t>Details</w:t>
            </w:r>
          </w:p>
        </w:tc>
      </w:tr>
      <w:tr w:rsidR="00D75AF2" w14:paraId="4EB2CE80" w14:textId="77777777">
        <w:tc>
          <w:tcPr>
            <w:tcW w:w="5112" w:type="dxa"/>
          </w:tcPr>
          <w:p w14:paraId="3B2FCDA7" w14:textId="77777777" w:rsidR="00D75AF2" w:rsidRDefault="00F67D10">
            <w:r>
              <w:t>Services Provided</w:t>
            </w:r>
          </w:p>
        </w:tc>
        <w:tc>
          <w:tcPr>
            <w:tcW w:w="5112" w:type="dxa"/>
          </w:tcPr>
          <w:p w14:paraId="33F164BF" w14:textId="77777777" w:rsidR="00D75AF2" w:rsidRDefault="00F67D10">
            <w:r>
              <w:t>Patient Dining, Staff Dining, Hospitality &amp; Private Dining</w:t>
            </w:r>
          </w:p>
        </w:tc>
      </w:tr>
      <w:tr w:rsidR="00D75AF2" w14:paraId="26DFE12F" w14:textId="77777777">
        <w:tc>
          <w:tcPr>
            <w:tcW w:w="5112" w:type="dxa"/>
          </w:tcPr>
          <w:p w14:paraId="3CA8D98B" w14:textId="77777777" w:rsidR="00D75AF2" w:rsidRDefault="00F67D10">
            <w:r>
              <w:t>Food Production</w:t>
            </w:r>
          </w:p>
        </w:tc>
        <w:tc>
          <w:tcPr>
            <w:tcW w:w="5112" w:type="dxa"/>
          </w:tcPr>
          <w:p w14:paraId="34AE898E" w14:textId="77777777" w:rsidR="00D75AF2" w:rsidRDefault="00F67D10">
            <w:r>
              <w:t>Fresh food prepared and cooked on site</w:t>
            </w:r>
          </w:p>
        </w:tc>
      </w:tr>
      <w:tr w:rsidR="00D75AF2" w14:paraId="258AF59D" w14:textId="77777777">
        <w:tc>
          <w:tcPr>
            <w:tcW w:w="5112" w:type="dxa"/>
          </w:tcPr>
          <w:p w14:paraId="75CE7E52" w14:textId="77777777" w:rsidR="00D75AF2" w:rsidRDefault="00F67D10">
            <w:r>
              <w:t>Kitchen Structure</w:t>
            </w:r>
          </w:p>
        </w:tc>
        <w:tc>
          <w:tcPr>
            <w:tcW w:w="5112" w:type="dxa"/>
          </w:tcPr>
          <w:p w14:paraId="0DD0FD1D" w14:textId="77777777" w:rsidR="00D75AF2" w:rsidRDefault="00F67D10">
            <w:r>
              <w:t>Two Separate Operational Kitchens</w:t>
            </w:r>
          </w:p>
        </w:tc>
      </w:tr>
      <w:tr w:rsidR="00D75AF2" w14:paraId="5129DE48" w14:textId="77777777">
        <w:tc>
          <w:tcPr>
            <w:tcW w:w="5112" w:type="dxa"/>
          </w:tcPr>
          <w:p w14:paraId="5EFD44BA" w14:textId="77777777" w:rsidR="00D75AF2" w:rsidRDefault="00F67D10">
            <w:r>
              <w:t>Patient Groups</w:t>
            </w:r>
          </w:p>
        </w:tc>
        <w:tc>
          <w:tcPr>
            <w:tcW w:w="5112" w:type="dxa"/>
          </w:tcPr>
          <w:p w14:paraId="3542725B" w14:textId="77777777" w:rsidR="00D75AF2" w:rsidRDefault="00F67D10">
            <w:r>
              <w:t>Mental Health, Eating Disorder &amp; Private Patients</w:t>
            </w:r>
          </w:p>
        </w:tc>
      </w:tr>
      <w:tr w:rsidR="00D75AF2" w14:paraId="44AC66C6" w14:textId="77777777">
        <w:tc>
          <w:tcPr>
            <w:tcW w:w="5112" w:type="dxa"/>
          </w:tcPr>
          <w:p w14:paraId="4E414619" w14:textId="77777777" w:rsidR="00D75AF2" w:rsidRDefault="00F67D10">
            <w:r>
              <w:t>Team Management</w:t>
            </w:r>
          </w:p>
        </w:tc>
        <w:tc>
          <w:tcPr>
            <w:tcW w:w="5112" w:type="dxa"/>
          </w:tcPr>
          <w:p w14:paraId="392B1409" w14:textId="77777777" w:rsidR="00D75AF2" w:rsidRDefault="00F67D10">
            <w:r>
              <w:t>Sous Chefs, Chef de Parties, Senior Chefs, Apprentice Chef &amp; Kitchen Catering Assistants</w:t>
            </w:r>
          </w:p>
        </w:tc>
      </w:tr>
      <w:tr w:rsidR="00D75AF2" w14:paraId="17B122F2" w14:textId="77777777">
        <w:tc>
          <w:tcPr>
            <w:tcW w:w="5112" w:type="dxa"/>
          </w:tcPr>
          <w:p w14:paraId="24EF9B0A" w14:textId="77777777" w:rsidR="00D75AF2" w:rsidRDefault="00F67D10">
            <w:r>
              <w:t>Operating Environment</w:t>
            </w:r>
          </w:p>
        </w:tc>
        <w:tc>
          <w:tcPr>
            <w:tcW w:w="5112" w:type="dxa"/>
          </w:tcPr>
          <w:p w14:paraId="171B91B2" w14:textId="77777777" w:rsidR="00D75AF2" w:rsidRDefault="00F67D10">
            <w:r>
              <w:t>24/7 Healthcare Facility</w:t>
            </w:r>
          </w:p>
        </w:tc>
      </w:tr>
    </w:tbl>
    <w:p w14:paraId="01966A1F" w14:textId="77777777" w:rsidR="00D75AF2" w:rsidRDefault="00D75AF2"/>
    <w:p w14:paraId="0271D054" w14:textId="77777777" w:rsidR="00D75AF2" w:rsidRDefault="00F67D10">
      <w:pPr>
        <w:pStyle w:val="Heading1"/>
      </w:pPr>
      <w:r>
        <w:lastRenderedPageBreak/>
        <w:t>3. Main Responsibilities</w:t>
      </w:r>
    </w:p>
    <w:p w14:paraId="6351C84F" w14:textId="77777777" w:rsidR="00D75AF2" w:rsidRDefault="00F67D10">
      <w:pPr>
        <w:pStyle w:val="Heading2"/>
      </w:pPr>
      <w:r>
        <w:t>Kitchen Leadership &amp; Culinary Management</w:t>
      </w:r>
    </w:p>
    <w:p w14:paraId="537E60F7" w14:textId="77777777" w:rsidR="00D75AF2" w:rsidRDefault="00F67D10">
      <w:r>
        <w:t>• Maintain a hands-on approach within the kitchen, supporting food preparation, service delivery, and operational requirements whenever needed.</w:t>
      </w:r>
    </w:p>
    <w:p w14:paraId="325AC24B" w14:textId="77777777" w:rsidR="00D75AF2" w:rsidRDefault="00F67D10">
      <w:pPr>
        <w:pStyle w:val="ListBullet"/>
      </w:pPr>
      <w:r>
        <w:t>Lead and coordinate all kitchen operations across two separate kitchen areas</w:t>
      </w:r>
    </w:p>
    <w:p w14:paraId="5EDC7390" w14:textId="77777777" w:rsidR="00D75AF2" w:rsidRDefault="00F67D10">
      <w:pPr>
        <w:pStyle w:val="ListBullet"/>
      </w:pPr>
      <w:r>
        <w:t>Manage and support Sous Chefs, Chef de Parties, Senior Chefs, Apprentice Chef, and Kitchen Catering Assistants</w:t>
      </w:r>
    </w:p>
    <w:p w14:paraId="4A4A3D9E" w14:textId="77777777" w:rsidR="00D75AF2" w:rsidRDefault="00F67D10">
      <w:pPr>
        <w:pStyle w:val="ListBullet"/>
      </w:pPr>
      <w:r>
        <w:t>Drive high culinary standards, ensuring food quality and presentation consistently meet restaurant-level expectations</w:t>
      </w:r>
    </w:p>
    <w:p w14:paraId="1D2ABC3A" w14:textId="5991F6C2" w:rsidR="00D75AF2" w:rsidRDefault="00103028">
      <w:pPr>
        <w:pStyle w:val="ListBullet"/>
      </w:pPr>
      <w:r>
        <w:t xml:space="preserve">Support the </w:t>
      </w:r>
      <w:proofErr w:type="gramStart"/>
      <w:r>
        <w:t>d</w:t>
      </w:r>
      <w:r w:rsidR="00F67D10">
        <w:t>evelop</w:t>
      </w:r>
      <w:proofErr w:type="gramEnd"/>
      <w:r w:rsidR="00F67D10">
        <w:t xml:space="preserve"> </w:t>
      </w:r>
      <w:r>
        <w:t xml:space="preserve">of </w:t>
      </w:r>
      <w:r w:rsidR="00F67D10">
        <w:t>seasonal menus and fresh food offerings in collaboration with the Catering Manager and Dietitians</w:t>
      </w:r>
    </w:p>
    <w:p w14:paraId="0B83D125" w14:textId="77777777" w:rsidR="00D75AF2" w:rsidRDefault="00F67D10">
      <w:pPr>
        <w:pStyle w:val="ListBullet"/>
      </w:pPr>
      <w:r>
        <w:t>Support the development of specialist menus for Eating Disorder and Mental Health services</w:t>
      </w:r>
    </w:p>
    <w:p w14:paraId="5AFB2446" w14:textId="77777777" w:rsidR="00D75AF2" w:rsidRDefault="00F67D10">
      <w:pPr>
        <w:pStyle w:val="ListBullet"/>
      </w:pPr>
      <w:r>
        <w:t>Ensure all meals are prepared consistently in line with recipes, specifications, and dietary requirements</w:t>
      </w:r>
    </w:p>
    <w:p w14:paraId="6FAB753B" w14:textId="77777777" w:rsidR="00D75AF2" w:rsidRDefault="00F67D10">
      <w:pPr>
        <w:pStyle w:val="Heading2"/>
      </w:pPr>
      <w:r>
        <w:t>Private Patient &amp; Hospitality Standards</w:t>
      </w:r>
    </w:p>
    <w:p w14:paraId="1FBD568A" w14:textId="77777777" w:rsidR="00D75AF2" w:rsidRDefault="00F67D10">
      <w:pPr>
        <w:pStyle w:val="ListBullet"/>
      </w:pPr>
      <w:r>
        <w:t>Deliver premium dining experiences for Private Patients with restaurant-quality presentation</w:t>
      </w:r>
    </w:p>
    <w:p w14:paraId="3DADBA95" w14:textId="77777777" w:rsidR="00D75AF2" w:rsidRDefault="00F67D10">
      <w:pPr>
        <w:pStyle w:val="ListBullet"/>
      </w:pPr>
      <w:r>
        <w:t>Support hospitality functions, special events, and private dining requirements</w:t>
      </w:r>
    </w:p>
    <w:p w14:paraId="4CDBC6C9" w14:textId="77777777" w:rsidR="00D75AF2" w:rsidRDefault="00F67D10">
      <w:pPr>
        <w:pStyle w:val="ListBullet"/>
      </w:pPr>
      <w:r>
        <w:t>Drive innovation and continuous improvement within the food offer</w:t>
      </w:r>
    </w:p>
    <w:p w14:paraId="2665F300" w14:textId="77777777" w:rsidR="00D75AF2" w:rsidRDefault="00F67D10">
      <w:pPr>
        <w:pStyle w:val="ListBullet"/>
      </w:pPr>
      <w:r>
        <w:t>Ensure patient feedback is reviewed and service improvements implemented where appropriate</w:t>
      </w:r>
    </w:p>
    <w:p w14:paraId="302802A5" w14:textId="77777777" w:rsidR="00D75AF2" w:rsidRDefault="00F67D10">
      <w:pPr>
        <w:pStyle w:val="ListBullet"/>
      </w:pPr>
      <w:r>
        <w:t>Maintain strong working relationships with Front of House teams led by the Assistant Front of House Manager</w:t>
      </w:r>
    </w:p>
    <w:p w14:paraId="09FA3DE6" w14:textId="77777777" w:rsidR="00D75AF2" w:rsidRDefault="00F67D10">
      <w:pPr>
        <w:pStyle w:val="Heading2"/>
      </w:pPr>
      <w:r>
        <w:t>Operational &amp; Financial Management</w:t>
      </w:r>
    </w:p>
    <w:p w14:paraId="60255EBE" w14:textId="77777777" w:rsidR="00D75AF2" w:rsidRDefault="00F67D10">
      <w:pPr>
        <w:pStyle w:val="ListBullet"/>
      </w:pPr>
      <w:r>
        <w:t>Manage kitchen rotas, staffing levels, and operational coverage across both kitchens</w:t>
      </w:r>
    </w:p>
    <w:p w14:paraId="14B09616" w14:textId="77777777" w:rsidR="00D75AF2" w:rsidRDefault="00F67D10">
      <w:pPr>
        <w:pStyle w:val="ListBullet"/>
      </w:pPr>
      <w:r>
        <w:t>Support labour management and cost control in line with budget expectations</w:t>
      </w:r>
    </w:p>
    <w:p w14:paraId="557A9585" w14:textId="77777777" w:rsidR="00D75AF2" w:rsidRDefault="00F67D10">
      <w:pPr>
        <w:pStyle w:val="ListBullet"/>
      </w:pPr>
      <w:r>
        <w:t>Monitor stock ordering, stock rotation, and inventory management</w:t>
      </w:r>
    </w:p>
    <w:p w14:paraId="5AC6ECC0" w14:textId="77777777" w:rsidR="00D75AF2" w:rsidRDefault="00F67D10">
      <w:pPr>
        <w:pStyle w:val="ListBullet"/>
      </w:pPr>
      <w:r>
        <w:t>Minimise food waste and support sustainability initiatives</w:t>
      </w:r>
    </w:p>
    <w:p w14:paraId="1C756EFF" w14:textId="77777777" w:rsidR="00D75AF2" w:rsidRDefault="00F67D10">
      <w:pPr>
        <w:pStyle w:val="ListBullet"/>
      </w:pPr>
      <w:r>
        <w:t>Ensure kitchen equipment is maintained and operational issues are escalated promptly</w:t>
      </w:r>
    </w:p>
    <w:p w14:paraId="60300008" w14:textId="77777777" w:rsidR="00D75AF2" w:rsidRDefault="00F67D10">
      <w:pPr>
        <w:pStyle w:val="ListBullet"/>
      </w:pPr>
      <w:r>
        <w:t>Support achievement of departmental financial and operational targets</w:t>
      </w:r>
    </w:p>
    <w:p w14:paraId="2C7E131E" w14:textId="77777777" w:rsidR="00D75AF2" w:rsidRDefault="00F67D10">
      <w:pPr>
        <w:pStyle w:val="Heading2"/>
      </w:pPr>
      <w:r>
        <w:t>Food Safety, Compliance &amp; Governance</w:t>
      </w:r>
    </w:p>
    <w:p w14:paraId="7BB02210" w14:textId="77777777" w:rsidR="00D75AF2" w:rsidRDefault="00F67D10">
      <w:pPr>
        <w:pStyle w:val="ListBullet"/>
      </w:pPr>
      <w:r>
        <w:t>Maintain full compliance with HACCP, Food Safety, COSHH, and Health &amp; Safety legislation</w:t>
      </w:r>
    </w:p>
    <w:p w14:paraId="2F17BA8C" w14:textId="77777777" w:rsidR="00D75AF2" w:rsidRDefault="00F67D10">
      <w:pPr>
        <w:pStyle w:val="ListBullet"/>
      </w:pPr>
      <w:r>
        <w:t>Ensure robust allergen management and specialist dietary controls are maintained</w:t>
      </w:r>
    </w:p>
    <w:p w14:paraId="3C5C54B7" w14:textId="77777777" w:rsidR="00D75AF2" w:rsidRDefault="00F67D10">
      <w:pPr>
        <w:pStyle w:val="ListBullet"/>
      </w:pPr>
      <w:r>
        <w:t>Support successful internal and external audits including EHO, Safeguard, and Client audits</w:t>
      </w:r>
    </w:p>
    <w:p w14:paraId="3D2AD1BD" w14:textId="77777777" w:rsidR="00D75AF2" w:rsidRDefault="00F67D10">
      <w:pPr>
        <w:pStyle w:val="ListBullet"/>
      </w:pPr>
      <w:r>
        <w:t>Ensure infection prevention and healthcare compliance standards are maintained</w:t>
      </w:r>
    </w:p>
    <w:p w14:paraId="2EBD10A9" w14:textId="77777777" w:rsidR="00D75AF2" w:rsidRDefault="00F67D10">
      <w:pPr>
        <w:pStyle w:val="ListBullet"/>
      </w:pPr>
      <w:r>
        <w:t>Complete and oversee food safety records, temperature checks, and compliance documentation</w:t>
      </w:r>
    </w:p>
    <w:p w14:paraId="2634E46F" w14:textId="77777777" w:rsidR="00D75AF2" w:rsidRDefault="00F67D10">
      <w:pPr>
        <w:pStyle w:val="ListBullet"/>
      </w:pPr>
      <w:r>
        <w:t>Promote a culture of safety, accountability, and operational excellence</w:t>
      </w:r>
    </w:p>
    <w:p w14:paraId="562C4346" w14:textId="77777777" w:rsidR="00D75AF2" w:rsidRDefault="00F67D10">
      <w:pPr>
        <w:pStyle w:val="Heading2"/>
      </w:pPr>
      <w:r>
        <w:t>People Management &amp; Development</w:t>
      </w:r>
    </w:p>
    <w:p w14:paraId="7B1DC32C" w14:textId="77777777" w:rsidR="00D75AF2" w:rsidRDefault="00F67D10">
      <w:pPr>
        <w:pStyle w:val="ListBullet"/>
      </w:pPr>
      <w:r>
        <w:t>Lead, coach, and develop kitchen teams to achieve high performance standards</w:t>
      </w:r>
    </w:p>
    <w:p w14:paraId="3FD55AA8" w14:textId="77777777" w:rsidR="00D75AF2" w:rsidRDefault="00F67D10">
      <w:pPr>
        <w:pStyle w:val="ListBullet"/>
      </w:pPr>
      <w:r>
        <w:t>Support apprentice development and structured culinary training</w:t>
      </w:r>
    </w:p>
    <w:p w14:paraId="7703B99E" w14:textId="77777777" w:rsidR="00D75AF2" w:rsidRDefault="00F67D10">
      <w:pPr>
        <w:pStyle w:val="ListBullet"/>
      </w:pPr>
      <w:r>
        <w:t>Deliver team briefings, inductions, and ongoing competency training</w:t>
      </w:r>
    </w:p>
    <w:p w14:paraId="64F4D363" w14:textId="77777777" w:rsidR="00D75AF2" w:rsidRDefault="00F67D10">
      <w:pPr>
        <w:pStyle w:val="ListBullet"/>
      </w:pPr>
      <w:r>
        <w:t>Promote Sodexo values of Service Spirit, Team Spirit, and Spirit of Progress</w:t>
      </w:r>
    </w:p>
    <w:p w14:paraId="1F5E79DF" w14:textId="77777777" w:rsidR="00D75AF2" w:rsidRDefault="00F67D10">
      <w:pPr>
        <w:pStyle w:val="ListBullet"/>
      </w:pPr>
      <w:r>
        <w:t>Foster a positive and inclusive team culture focused on patient experience and service excellence</w:t>
      </w:r>
    </w:p>
    <w:p w14:paraId="067631FD" w14:textId="77777777" w:rsidR="00D75AF2" w:rsidRDefault="00F67D10">
      <w:pPr>
        <w:pStyle w:val="Heading1"/>
      </w:pPr>
      <w:r>
        <w:lastRenderedPageBreak/>
        <w:t>4. Accountabilities</w:t>
      </w:r>
    </w:p>
    <w:p w14:paraId="7F685F71" w14:textId="77777777" w:rsidR="00D75AF2" w:rsidRDefault="00F67D10">
      <w:r>
        <w:rPr>
          <w:b/>
        </w:rPr>
        <w:t xml:space="preserve">Operational Excellence: </w:t>
      </w:r>
      <w:r>
        <w:t>Lead high-quality kitchen operations that consistently meet Sodexo and Priory Hospital standards.</w:t>
      </w:r>
    </w:p>
    <w:p w14:paraId="62227C84" w14:textId="77777777" w:rsidR="00D75AF2" w:rsidRDefault="00F67D10">
      <w:r>
        <w:rPr>
          <w:b/>
        </w:rPr>
        <w:t xml:space="preserve">Patient &amp; Customer Experience: </w:t>
      </w:r>
      <w:r>
        <w:t>Deliver exceptional food quality and restaurant-standard presentation for all services, particularly Private Patients.</w:t>
      </w:r>
    </w:p>
    <w:p w14:paraId="600FC791" w14:textId="77777777" w:rsidR="00D75AF2" w:rsidRDefault="00F67D10">
      <w:r>
        <w:rPr>
          <w:b/>
        </w:rPr>
        <w:t xml:space="preserve">Compliance &amp; Governance: </w:t>
      </w:r>
      <w:r>
        <w:t>Maintain full compliance with food safety, healthcare, and company standards.</w:t>
      </w:r>
    </w:p>
    <w:p w14:paraId="5867E9EE" w14:textId="77777777" w:rsidR="00D75AF2" w:rsidRDefault="00F67D10">
      <w:r>
        <w:rPr>
          <w:b/>
        </w:rPr>
        <w:t xml:space="preserve">Leadership &amp; Team Development: </w:t>
      </w:r>
      <w:r>
        <w:t>Lead and develop kitchen teams to achieve operational and service excellence.</w:t>
      </w:r>
    </w:p>
    <w:p w14:paraId="25862AA7" w14:textId="77777777" w:rsidR="00D75AF2" w:rsidRDefault="00F67D10">
      <w:r>
        <w:rPr>
          <w:b/>
        </w:rPr>
        <w:t xml:space="preserve">Financial Responsibility: </w:t>
      </w:r>
      <w:r>
        <w:t>Support effective labour management, stock control, waste reduction, and budget performance.</w:t>
      </w:r>
    </w:p>
    <w:p w14:paraId="271EFE52" w14:textId="77777777" w:rsidR="00D75AF2" w:rsidRDefault="00F67D10">
      <w:pPr>
        <w:pStyle w:val="Heading1"/>
      </w:pPr>
      <w:r>
        <w:t>5. Person Specification</w:t>
      </w:r>
    </w:p>
    <w:p w14:paraId="6B0F455C" w14:textId="77777777" w:rsidR="00D75AF2" w:rsidRDefault="00F67D10">
      <w:pPr>
        <w:pStyle w:val="Heading2"/>
      </w:pPr>
      <w:r>
        <w:t>Essential Skills &amp; Experience</w:t>
      </w:r>
    </w:p>
    <w:p w14:paraId="43E4D5C1" w14:textId="77777777" w:rsidR="00D75AF2" w:rsidRDefault="00F67D10">
      <w:pPr>
        <w:pStyle w:val="ListBullet"/>
      </w:pPr>
      <w:r>
        <w:t>Previous experience as a Head Chef, Executive Chef, or Senior Sous Chef within a high-volume fresh food environment</w:t>
      </w:r>
    </w:p>
    <w:p w14:paraId="3CE9265A" w14:textId="77777777" w:rsidR="00D75AF2" w:rsidRDefault="00F67D10">
      <w:pPr>
        <w:pStyle w:val="ListBullet"/>
      </w:pPr>
      <w:r>
        <w:t>Strong leadership and kitchen management experience</w:t>
      </w:r>
    </w:p>
    <w:p w14:paraId="57713159" w14:textId="77777777" w:rsidR="00D75AF2" w:rsidRDefault="00F67D10">
      <w:pPr>
        <w:pStyle w:val="ListBullet"/>
      </w:pPr>
      <w:r>
        <w:t>Excellent fresh food cooking and food presentation skills</w:t>
      </w:r>
    </w:p>
    <w:p w14:paraId="2C7EF754" w14:textId="77777777" w:rsidR="00D75AF2" w:rsidRDefault="00F67D10">
      <w:pPr>
        <w:pStyle w:val="ListBullet"/>
      </w:pPr>
      <w:r>
        <w:t>Experience managing multiple kitchen operations or complex catering environments</w:t>
      </w:r>
    </w:p>
    <w:p w14:paraId="1DE31CBF" w14:textId="77777777" w:rsidR="00D75AF2" w:rsidRDefault="00F67D10">
      <w:pPr>
        <w:pStyle w:val="ListBullet"/>
      </w:pPr>
      <w:r>
        <w:t>Strong knowledge of food safety, allergen management, and healthcare compliance</w:t>
      </w:r>
    </w:p>
    <w:p w14:paraId="2CD28CF3" w14:textId="77777777" w:rsidR="00D75AF2" w:rsidRDefault="00F67D10">
      <w:pPr>
        <w:pStyle w:val="ListBullet"/>
      </w:pPr>
      <w:r>
        <w:t>Experience supervising and developing catering teams</w:t>
      </w:r>
    </w:p>
    <w:p w14:paraId="24761DA5" w14:textId="77777777" w:rsidR="00D75AF2" w:rsidRDefault="00F67D10">
      <w:pPr>
        <w:pStyle w:val="ListBullet"/>
      </w:pPr>
      <w:r>
        <w:t>Strong communication, organisational, and problem-solving skills</w:t>
      </w:r>
    </w:p>
    <w:p w14:paraId="625C14D6" w14:textId="77777777" w:rsidR="00D75AF2" w:rsidRDefault="00F67D10">
      <w:pPr>
        <w:pStyle w:val="ListBullet"/>
      </w:pPr>
      <w:r>
        <w:t>Level 3 Food Safety Qualification minimum</w:t>
      </w:r>
    </w:p>
    <w:p w14:paraId="0198440A" w14:textId="77777777" w:rsidR="00D75AF2" w:rsidRDefault="00F67D10">
      <w:pPr>
        <w:pStyle w:val="Heading2"/>
      </w:pPr>
      <w:r>
        <w:t>Desirable Experience</w:t>
      </w:r>
    </w:p>
    <w:p w14:paraId="4976F57F" w14:textId="77777777" w:rsidR="00D75AF2" w:rsidRDefault="00F67D10">
      <w:pPr>
        <w:pStyle w:val="ListBullet"/>
      </w:pPr>
      <w:r>
        <w:t>Healthcare or hospital catering experience</w:t>
      </w:r>
    </w:p>
    <w:p w14:paraId="73B4D603" w14:textId="77777777" w:rsidR="00D75AF2" w:rsidRDefault="00F67D10">
      <w:pPr>
        <w:pStyle w:val="ListBullet"/>
      </w:pPr>
      <w:r>
        <w:t>Experience supporting Mental Health or Eating Disorder services</w:t>
      </w:r>
    </w:p>
    <w:p w14:paraId="7B832454" w14:textId="77777777" w:rsidR="00D75AF2" w:rsidRDefault="00F67D10">
      <w:pPr>
        <w:pStyle w:val="ListBullet"/>
      </w:pPr>
      <w:r>
        <w:t>Hospitality or fine dining experience</w:t>
      </w:r>
    </w:p>
    <w:p w14:paraId="71159270" w14:textId="77777777" w:rsidR="00D75AF2" w:rsidRDefault="00F67D10">
      <w:pPr>
        <w:pStyle w:val="ListBullet"/>
      </w:pPr>
      <w:r>
        <w:t>Financial and labour management experience</w:t>
      </w:r>
    </w:p>
    <w:p w14:paraId="639FD07E" w14:textId="77777777" w:rsidR="00D75AF2" w:rsidRDefault="00F67D10">
      <w:pPr>
        <w:pStyle w:val="ListBullet"/>
      </w:pPr>
      <w:r>
        <w:t>NVQ Level 3 Professional Cookery or equivalent qualification</w:t>
      </w:r>
    </w:p>
    <w:p w14:paraId="050E4AB8" w14:textId="77777777" w:rsidR="00D75AF2" w:rsidRDefault="00F67D10">
      <w:pPr>
        <w:pStyle w:val="Heading1"/>
      </w:pPr>
      <w:r>
        <w:t>6. Sodexo Competencies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D75AF2" w14:paraId="215A9B3C" w14:textId="77777777">
        <w:tc>
          <w:tcPr>
            <w:tcW w:w="5112" w:type="dxa"/>
          </w:tcPr>
          <w:p w14:paraId="10551943" w14:textId="77777777" w:rsidR="00D75AF2" w:rsidRDefault="00F67D10">
            <w:r>
              <w:t>Competency</w:t>
            </w:r>
          </w:p>
        </w:tc>
        <w:tc>
          <w:tcPr>
            <w:tcW w:w="5112" w:type="dxa"/>
          </w:tcPr>
          <w:p w14:paraId="2BB6DD75" w14:textId="77777777" w:rsidR="00D75AF2" w:rsidRDefault="00F67D10">
            <w:r>
              <w:t>Expectation</w:t>
            </w:r>
          </w:p>
        </w:tc>
      </w:tr>
      <w:tr w:rsidR="00D75AF2" w14:paraId="673FF8B9" w14:textId="77777777">
        <w:tc>
          <w:tcPr>
            <w:tcW w:w="5112" w:type="dxa"/>
          </w:tcPr>
          <w:p w14:paraId="2C021C72" w14:textId="77777777" w:rsidR="00D75AF2" w:rsidRDefault="00F67D10">
            <w:r>
              <w:t>Service Spirit</w:t>
            </w:r>
          </w:p>
        </w:tc>
        <w:tc>
          <w:tcPr>
            <w:tcW w:w="5112" w:type="dxa"/>
          </w:tcPr>
          <w:p w14:paraId="680A1E79" w14:textId="77777777" w:rsidR="00D75AF2" w:rsidRDefault="00F67D10">
            <w:r>
              <w:t>Deliver outstanding food quality and patient experience</w:t>
            </w:r>
          </w:p>
        </w:tc>
      </w:tr>
      <w:tr w:rsidR="00D75AF2" w14:paraId="5F2FE2A1" w14:textId="77777777">
        <w:tc>
          <w:tcPr>
            <w:tcW w:w="5112" w:type="dxa"/>
          </w:tcPr>
          <w:p w14:paraId="1C35B936" w14:textId="77777777" w:rsidR="00D75AF2" w:rsidRDefault="00F67D10">
            <w:r>
              <w:t>Team Spirit</w:t>
            </w:r>
          </w:p>
        </w:tc>
        <w:tc>
          <w:tcPr>
            <w:tcW w:w="5112" w:type="dxa"/>
          </w:tcPr>
          <w:p w14:paraId="540F0496" w14:textId="77777777" w:rsidR="00D75AF2" w:rsidRDefault="00F67D10">
            <w:r>
              <w:t>Lead and support teams collaboratively across kitchen operations</w:t>
            </w:r>
          </w:p>
        </w:tc>
      </w:tr>
      <w:tr w:rsidR="00D75AF2" w14:paraId="264F846F" w14:textId="77777777">
        <w:tc>
          <w:tcPr>
            <w:tcW w:w="5112" w:type="dxa"/>
          </w:tcPr>
          <w:p w14:paraId="4B162928" w14:textId="77777777" w:rsidR="00D75AF2" w:rsidRDefault="00F67D10">
            <w:r>
              <w:t>Spirit of Progress</w:t>
            </w:r>
          </w:p>
        </w:tc>
        <w:tc>
          <w:tcPr>
            <w:tcW w:w="5112" w:type="dxa"/>
          </w:tcPr>
          <w:p w14:paraId="2C35C83D" w14:textId="77777777" w:rsidR="00D75AF2" w:rsidRDefault="00F67D10">
            <w:r>
              <w:t>Drive culinary innovation and continuous improvement</w:t>
            </w:r>
          </w:p>
        </w:tc>
      </w:tr>
      <w:tr w:rsidR="00D75AF2" w14:paraId="5BDF1EC2" w14:textId="77777777">
        <w:tc>
          <w:tcPr>
            <w:tcW w:w="5112" w:type="dxa"/>
          </w:tcPr>
          <w:p w14:paraId="5398599C" w14:textId="77777777" w:rsidR="00D75AF2" w:rsidRDefault="00F67D10">
            <w:r>
              <w:t>Leadership</w:t>
            </w:r>
          </w:p>
        </w:tc>
        <w:tc>
          <w:tcPr>
            <w:tcW w:w="5112" w:type="dxa"/>
          </w:tcPr>
          <w:p w14:paraId="16B293DC" w14:textId="77777777" w:rsidR="00D75AF2" w:rsidRDefault="00F67D10">
            <w:r>
              <w:t>Lead by example and develop high-performing teams</w:t>
            </w:r>
          </w:p>
        </w:tc>
      </w:tr>
      <w:tr w:rsidR="00D75AF2" w14:paraId="7A29F90C" w14:textId="77777777">
        <w:tc>
          <w:tcPr>
            <w:tcW w:w="5112" w:type="dxa"/>
          </w:tcPr>
          <w:p w14:paraId="19ABEF64" w14:textId="77777777" w:rsidR="00D75AF2" w:rsidRDefault="00F67D10">
            <w:r>
              <w:t>Customer Focus</w:t>
            </w:r>
          </w:p>
        </w:tc>
        <w:tc>
          <w:tcPr>
            <w:tcW w:w="5112" w:type="dxa"/>
          </w:tcPr>
          <w:p w14:paraId="740B8CEB" w14:textId="77777777" w:rsidR="00D75AF2" w:rsidRDefault="00F67D10">
            <w:r>
              <w:t>Prioritise patient wellbeing and hospitality standards</w:t>
            </w:r>
          </w:p>
        </w:tc>
      </w:tr>
      <w:tr w:rsidR="00D75AF2" w14:paraId="7D35D773" w14:textId="77777777">
        <w:tc>
          <w:tcPr>
            <w:tcW w:w="5112" w:type="dxa"/>
          </w:tcPr>
          <w:p w14:paraId="37442DEE" w14:textId="77777777" w:rsidR="00D75AF2" w:rsidRDefault="00F67D10">
            <w:r>
              <w:lastRenderedPageBreak/>
              <w:t>Compliance &amp; Safety</w:t>
            </w:r>
          </w:p>
        </w:tc>
        <w:tc>
          <w:tcPr>
            <w:tcW w:w="5112" w:type="dxa"/>
          </w:tcPr>
          <w:p w14:paraId="4DA2E4F1" w14:textId="77777777" w:rsidR="00D75AF2" w:rsidRDefault="00F67D10">
            <w:r>
              <w:t>Maintain safe and fully compliant operations</w:t>
            </w:r>
          </w:p>
        </w:tc>
      </w:tr>
      <w:tr w:rsidR="00D75AF2" w14:paraId="358DA512" w14:textId="77777777">
        <w:tc>
          <w:tcPr>
            <w:tcW w:w="5112" w:type="dxa"/>
          </w:tcPr>
          <w:p w14:paraId="1597582E" w14:textId="77777777" w:rsidR="00D75AF2" w:rsidRDefault="00F67D10">
            <w:r>
              <w:t>Commercial Awareness</w:t>
            </w:r>
          </w:p>
        </w:tc>
        <w:tc>
          <w:tcPr>
            <w:tcW w:w="5112" w:type="dxa"/>
          </w:tcPr>
          <w:p w14:paraId="6A1EAADC" w14:textId="77777777" w:rsidR="00D75AF2" w:rsidRDefault="00F67D10">
            <w:r>
              <w:t>Support efficient cost management and operational performance</w:t>
            </w:r>
          </w:p>
        </w:tc>
      </w:tr>
    </w:tbl>
    <w:p w14:paraId="160273A4" w14:textId="77777777" w:rsidR="00D75AF2" w:rsidRDefault="00D75AF2"/>
    <w:p w14:paraId="771B14B8" w14:textId="77777777" w:rsidR="00D75AF2" w:rsidRDefault="00F67D10">
      <w:pPr>
        <w:pStyle w:val="Heading1"/>
      </w:pPr>
      <w:r>
        <w:t>7. Working Conditions</w:t>
      </w:r>
    </w:p>
    <w:p w14:paraId="64F6D53F" w14:textId="77777777" w:rsidR="00D75AF2" w:rsidRDefault="00F67D10">
      <w:pPr>
        <w:pStyle w:val="ListBullet"/>
      </w:pPr>
      <w:r>
        <w:t>Healthcare environment supporting vulnerable patients</w:t>
      </w:r>
    </w:p>
    <w:p w14:paraId="6C5FBC35" w14:textId="77777777" w:rsidR="00D75AF2" w:rsidRDefault="00F67D10">
      <w:pPr>
        <w:pStyle w:val="ListBullet"/>
      </w:pPr>
      <w:r>
        <w:t>Fast-paced multi-kitchen catering operation</w:t>
      </w:r>
    </w:p>
    <w:p w14:paraId="2FC433CB" w14:textId="77777777" w:rsidR="00D75AF2" w:rsidRDefault="00F67D10">
      <w:pPr>
        <w:pStyle w:val="ListBullet"/>
      </w:pPr>
      <w:r>
        <w:t>Weekend and shift working required</w:t>
      </w:r>
    </w:p>
    <w:p w14:paraId="1503B403" w14:textId="77777777" w:rsidR="00D75AF2" w:rsidRDefault="00F67D10">
      <w:pPr>
        <w:pStyle w:val="ListBullet"/>
      </w:pPr>
      <w:r>
        <w:t>Standing, lifting, and manual handling duties required</w:t>
      </w:r>
    </w:p>
    <w:p w14:paraId="4A1D9295" w14:textId="77777777" w:rsidR="00D75AF2" w:rsidRDefault="00F67D10">
      <w:pPr>
        <w:pStyle w:val="ListBullet"/>
      </w:pPr>
      <w:r>
        <w:t>Responsibility for operational leadership across two kitchen environments</w:t>
      </w:r>
    </w:p>
    <w:p w14:paraId="6B8D4082" w14:textId="77777777" w:rsidR="00D75AF2" w:rsidRDefault="00F67D10">
      <w:pPr>
        <w:pStyle w:val="Heading1"/>
      </w:pPr>
      <w:r>
        <w:t>8. Management Approval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D75AF2" w14:paraId="7D0CCA8E" w14:textId="77777777">
        <w:tc>
          <w:tcPr>
            <w:tcW w:w="5112" w:type="dxa"/>
          </w:tcPr>
          <w:p w14:paraId="24F0A806" w14:textId="77777777" w:rsidR="00D75AF2" w:rsidRDefault="00F67D10">
            <w:r>
              <w:t>Version</w:t>
            </w:r>
          </w:p>
        </w:tc>
        <w:tc>
          <w:tcPr>
            <w:tcW w:w="5112" w:type="dxa"/>
          </w:tcPr>
          <w:p w14:paraId="3F6ABE21" w14:textId="77777777" w:rsidR="00D75AF2" w:rsidRDefault="00F67D10">
            <w:r>
              <w:t>1.0</w:t>
            </w:r>
          </w:p>
        </w:tc>
      </w:tr>
      <w:tr w:rsidR="00D75AF2" w14:paraId="6D2F7104" w14:textId="77777777">
        <w:tc>
          <w:tcPr>
            <w:tcW w:w="5112" w:type="dxa"/>
          </w:tcPr>
          <w:p w14:paraId="6EC3B03B" w14:textId="77777777" w:rsidR="00D75AF2" w:rsidRDefault="00F67D10">
            <w:r>
              <w:t>Date</w:t>
            </w:r>
          </w:p>
        </w:tc>
        <w:tc>
          <w:tcPr>
            <w:tcW w:w="5112" w:type="dxa"/>
          </w:tcPr>
          <w:p w14:paraId="644CB101" w14:textId="77777777" w:rsidR="00D75AF2" w:rsidRDefault="00F67D10">
            <w:r>
              <w:t>11 May 2026</w:t>
            </w:r>
          </w:p>
        </w:tc>
      </w:tr>
      <w:tr w:rsidR="00D75AF2" w14:paraId="26C41E8A" w14:textId="77777777">
        <w:tc>
          <w:tcPr>
            <w:tcW w:w="5112" w:type="dxa"/>
          </w:tcPr>
          <w:p w14:paraId="500F97BE" w14:textId="77777777" w:rsidR="00D75AF2" w:rsidRDefault="00F67D10">
            <w:r>
              <w:t>Document Owner</w:t>
            </w:r>
          </w:p>
        </w:tc>
        <w:tc>
          <w:tcPr>
            <w:tcW w:w="5112" w:type="dxa"/>
          </w:tcPr>
          <w:p w14:paraId="013D4671" w14:textId="77777777" w:rsidR="00D75AF2" w:rsidRDefault="00F67D10">
            <w:r>
              <w:t>Peter Smith</w:t>
            </w:r>
          </w:p>
        </w:tc>
      </w:tr>
    </w:tbl>
    <w:p w14:paraId="4CD46488" w14:textId="77777777" w:rsidR="00F67D10" w:rsidRDefault="00F67D10"/>
    <w:sectPr w:rsidR="00F67D10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895DC" w14:textId="77777777" w:rsidR="00E97C45" w:rsidRDefault="00E97C45">
      <w:pPr>
        <w:spacing w:after="0" w:line="240" w:lineRule="auto"/>
      </w:pPr>
      <w:r>
        <w:separator/>
      </w:r>
    </w:p>
  </w:endnote>
  <w:endnote w:type="continuationSeparator" w:id="0">
    <w:p w14:paraId="4DF68CD3" w14:textId="77777777" w:rsidR="00E97C45" w:rsidRDefault="00E97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69A45" w14:textId="77777777" w:rsidR="00D75AF2" w:rsidRDefault="00F67D10">
    <w:pPr>
      <w:pStyle w:val="Footer"/>
    </w:pPr>
    <w:r>
      <w:t>Sodexo Healthcare | Priory Hospital | Head Chef Job Description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F12DF" w14:textId="77777777" w:rsidR="00E97C45" w:rsidRDefault="00E97C45">
      <w:pPr>
        <w:spacing w:after="0" w:line="240" w:lineRule="auto"/>
      </w:pPr>
      <w:r>
        <w:separator/>
      </w:r>
    </w:p>
  </w:footnote>
  <w:footnote w:type="continuationSeparator" w:id="0">
    <w:p w14:paraId="2C2352DE" w14:textId="77777777" w:rsidR="00E97C45" w:rsidRDefault="00E97C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0638340">
    <w:abstractNumId w:val="8"/>
  </w:num>
  <w:num w:numId="2" w16cid:durableId="1154371974">
    <w:abstractNumId w:val="6"/>
  </w:num>
  <w:num w:numId="3" w16cid:durableId="322707870">
    <w:abstractNumId w:val="5"/>
  </w:num>
  <w:num w:numId="4" w16cid:durableId="5600671">
    <w:abstractNumId w:val="4"/>
  </w:num>
  <w:num w:numId="5" w16cid:durableId="1903833974">
    <w:abstractNumId w:val="7"/>
  </w:num>
  <w:num w:numId="6" w16cid:durableId="1866400386">
    <w:abstractNumId w:val="3"/>
  </w:num>
  <w:num w:numId="7" w16cid:durableId="539319271">
    <w:abstractNumId w:val="2"/>
  </w:num>
  <w:num w:numId="8" w16cid:durableId="868614153">
    <w:abstractNumId w:val="1"/>
  </w:num>
  <w:num w:numId="9" w16cid:durableId="1964798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2886"/>
    <w:rsid w:val="00103028"/>
    <w:rsid w:val="0015074B"/>
    <w:rsid w:val="0029639D"/>
    <w:rsid w:val="00326F90"/>
    <w:rsid w:val="003702EC"/>
    <w:rsid w:val="004E3ACE"/>
    <w:rsid w:val="009C6939"/>
    <w:rsid w:val="00A86637"/>
    <w:rsid w:val="00AA1D8D"/>
    <w:rsid w:val="00B47730"/>
    <w:rsid w:val="00CB0664"/>
    <w:rsid w:val="00D75AF2"/>
    <w:rsid w:val="00DD5FB4"/>
    <w:rsid w:val="00E97C45"/>
    <w:rsid w:val="00F67D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28660B"/>
  <w14:defaultImageDpi w14:val="300"/>
  <w15:docId w15:val="{A66667FF-E478-4F3C-8E24-6017E825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Dilloway, Karen</cp:lastModifiedBy>
  <cp:revision>2</cp:revision>
  <dcterms:created xsi:type="dcterms:W3CDTF">2026-09-11T18:12:00Z</dcterms:created>
  <dcterms:modified xsi:type="dcterms:W3CDTF">2026-09-11T18:12:00Z</dcterms:modified>
  <cp:category/>
</cp:coreProperties>
</file>