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3672"/>
        <w:gridCol w:w="3456"/>
        <w:gridCol w:w="120"/>
      </w:tblGrid>
      <w:tr w:rsidR="009A2699" w14:paraId="62BD0AAE" w14:textId="77777777" w:rsidTr="07A2B839">
        <w:trPr>
          <w:jc w:val="center"/>
        </w:trPr>
        <w:tc>
          <w:tcPr>
            <w:tcW w:w="67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FE928B3" w14:textId="77777777" w:rsidR="009A2699" w:rsidRDefault="002F0462">
            <w:r>
              <w:rPr>
                <w:b/>
                <w:color w:val="233A8B"/>
                <w:sz w:val="36"/>
              </w:rPr>
              <w:t>Job Description</w:t>
            </w:r>
          </w:p>
          <w:p w14:paraId="60672563" w14:textId="77777777" w:rsidR="009A2699" w:rsidRDefault="002F0462" w:rsidP="07A2B839">
            <w:pPr>
              <w:spacing w:after="0"/>
              <w:rPr>
                <w:b/>
                <w:bCs/>
                <w:sz w:val="26"/>
                <w:szCs w:val="26"/>
              </w:rPr>
            </w:pPr>
            <w:r w:rsidRPr="07A2B839">
              <w:rPr>
                <w:b/>
                <w:bCs/>
                <w:sz w:val="26"/>
                <w:szCs w:val="26"/>
              </w:rPr>
              <w:t>Corporate Receptionist / Concierge</w:t>
            </w:r>
          </w:p>
        </w:tc>
        <w:tc>
          <w:tcPr>
            <w:tcW w:w="31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72A6659" w14:textId="77777777" w:rsidR="009A2699" w:rsidRDefault="002F046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7DC4ED0" wp14:editId="07777777">
                  <wp:extent cx="1737360" cy="6502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99" w14:paraId="3E71592E" w14:textId="77777777" w:rsidTr="07A2B839">
        <w:trPr>
          <w:gridAfter w:val="1"/>
          <w:wAfter w:w="120" w:type="dxa"/>
          <w:jc w:val="center"/>
        </w:trPr>
        <w:tc>
          <w:tcPr>
            <w:tcW w:w="309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2F4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0FF9B3" w14:textId="77777777" w:rsidR="009A2699" w:rsidRDefault="002F0462">
            <w:r>
              <w:rPr>
                <w:b/>
                <w:sz w:val="19"/>
              </w:rPr>
              <w:t>Function:</w:t>
            </w:r>
          </w:p>
        </w:tc>
        <w:tc>
          <w:tcPr>
            <w:tcW w:w="7128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4424CE" w14:textId="77777777" w:rsidR="009A2699" w:rsidRDefault="002F0462">
            <w:r>
              <w:rPr>
                <w:sz w:val="19"/>
              </w:rPr>
              <w:t>Reception</w:t>
            </w:r>
          </w:p>
        </w:tc>
      </w:tr>
      <w:tr w:rsidR="009A2699" w14:paraId="29937537" w14:textId="77777777" w:rsidTr="07A2B839">
        <w:trPr>
          <w:gridAfter w:val="1"/>
          <w:wAfter w:w="120" w:type="dxa"/>
          <w:jc w:val="center"/>
        </w:trPr>
        <w:tc>
          <w:tcPr>
            <w:tcW w:w="309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2F4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849FD5" w14:textId="77777777" w:rsidR="009A2699" w:rsidRDefault="002F0462">
            <w:r>
              <w:rPr>
                <w:b/>
                <w:sz w:val="19"/>
              </w:rPr>
              <w:t>Position:</w:t>
            </w:r>
          </w:p>
        </w:tc>
        <w:tc>
          <w:tcPr>
            <w:tcW w:w="7128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815436" w14:textId="77777777" w:rsidR="009A2699" w:rsidRDefault="7023764A" w:rsidP="07A2B839">
            <w:pPr>
              <w:rPr>
                <w:sz w:val="19"/>
                <w:szCs w:val="19"/>
              </w:rPr>
            </w:pPr>
            <w:r w:rsidRPr="07A2B839">
              <w:rPr>
                <w:sz w:val="19"/>
                <w:szCs w:val="19"/>
              </w:rPr>
              <w:t>Corporate Receptionist / Concierge</w:t>
            </w:r>
          </w:p>
        </w:tc>
      </w:tr>
      <w:tr w:rsidR="009A2699" w14:paraId="11D2DC8B" w14:textId="77777777" w:rsidTr="07A2B839">
        <w:trPr>
          <w:gridAfter w:val="1"/>
          <w:wAfter w:w="120" w:type="dxa"/>
          <w:jc w:val="center"/>
        </w:trPr>
        <w:tc>
          <w:tcPr>
            <w:tcW w:w="309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2F4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4FDC32" w14:textId="77777777" w:rsidR="009A2699" w:rsidRDefault="002F0462">
            <w:r>
              <w:rPr>
                <w:b/>
                <w:sz w:val="19"/>
              </w:rPr>
              <w:t>Job holder:</w:t>
            </w:r>
          </w:p>
        </w:tc>
        <w:tc>
          <w:tcPr>
            <w:tcW w:w="7128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37501D" w14:textId="77777777" w:rsidR="009A2699" w:rsidRDefault="009A2699"/>
        </w:tc>
      </w:tr>
      <w:tr w:rsidR="009A2699" w14:paraId="098446FD" w14:textId="77777777" w:rsidTr="07A2B839">
        <w:trPr>
          <w:gridAfter w:val="1"/>
          <w:wAfter w:w="120" w:type="dxa"/>
          <w:jc w:val="center"/>
        </w:trPr>
        <w:tc>
          <w:tcPr>
            <w:tcW w:w="309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2F4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A4CE39" w14:textId="77777777" w:rsidR="009A2699" w:rsidRDefault="002F0462">
            <w:r>
              <w:rPr>
                <w:b/>
                <w:sz w:val="19"/>
              </w:rPr>
              <w:t>Date (in job since):</w:t>
            </w:r>
          </w:p>
        </w:tc>
        <w:tc>
          <w:tcPr>
            <w:tcW w:w="7128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AB6C7B" w14:textId="77777777" w:rsidR="009A2699" w:rsidRDefault="009A2699"/>
        </w:tc>
      </w:tr>
      <w:tr w:rsidR="009A2699" w14:paraId="69658D7D" w14:textId="77777777" w:rsidTr="07A2B839">
        <w:trPr>
          <w:gridAfter w:val="1"/>
          <w:wAfter w:w="120" w:type="dxa"/>
          <w:jc w:val="center"/>
        </w:trPr>
        <w:tc>
          <w:tcPr>
            <w:tcW w:w="309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2F4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689AB7" w14:textId="77777777" w:rsidR="009A2699" w:rsidRDefault="002F0462">
            <w:r>
              <w:rPr>
                <w:b/>
                <w:sz w:val="19"/>
              </w:rPr>
              <w:t>Immediate manager (N+1 Job title and name):</w:t>
            </w:r>
          </w:p>
        </w:tc>
        <w:tc>
          <w:tcPr>
            <w:tcW w:w="7128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723B7B" w14:textId="77777777" w:rsidR="009A2699" w:rsidRDefault="002F0462">
            <w:r>
              <w:rPr>
                <w:sz w:val="19"/>
              </w:rPr>
              <w:t>Reception Manager for Ireland</w:t>
            </w:r>
          </w:p>
        </w:tc>
      </w:tr>
      <w:tr w:rsidR="009A2699" w14:paraId="07404455" w14:textId="77777777" w:rsidTr="07A2B839">
        <w:trPr>
          <w:gridAfter w:val="1"/>
          <w:wAfter w:w="120" w:type="dxa"/>
          <w:jc w:val="center"/>
        </w:trPr>
        <w:tc>
          <w:tcPr>
            <w:tcW w:w="309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2F4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F24E56" w14:textId="77777777" w:rsidR="009A2699" w:rsidRDefault="002F0462">
            <w:r>
              <w:rPr>
                <w:b/>
                <w:sz w:val="19"/>
              </w:rPr>
              <w:t>Additional reporting line to:</w:t>
            </w:r>
          </w:p>
        </w:tc>
        <w:tc>
          <w:tcPr>
            <w:tcW w:w="7128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EB378F" w14:textId="77777777" w:rsidR="009A2699" w:rsidRDefault="009A2699"/>
        </w:tc>
      </w:tr>
      <w:tr w:rsidR="009A2699" w14:paraId="233F6666" w14:textId="77777777" w:rsidTr="07A2B839">
        <w:trPr>
          <w:gridAfter w:val="1"/>
          <w:wAfter w:w="120" w:type="dxa"/>
          <w:jc w:val="center"/>
        </w:trPr>
        <w:tc>
          <w:tcPr>
            <w:tcW w:w="309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2F4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CDA3E1" w14:textId="77777777" w:rsidR="009A2699" w:rsidRDefault="002F0462">
            <w:r>
              <w:rPr>
                <w:b/>
                <w:sz w:val="19"/>
              </w:rPr>
              <w:t>Position location:</w:t>
            </w:r>
          </w:p>
        </w:tc>
        <w:tc>
          <w:tcPr>
            <w:tcW w:w="7128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CB4093" w14:textId="77777777" w:rsidR="009A2699" w:rsidRDefault="002F0462">
            <w:r>
              <w:rPr>
                <w:sz w:val="19"/>
              </w:rPr>
              <w:t>Dublin</w:t>
            </w:r>
          </w:p>
        </w:tc>
      </w:tr>
      <w:tr w:rsidR="009A2699" w14:paraId="71867A36" w14:textId="77777777" w:rsidTr="07A2B839">
        <w:trPr>
          <w:gridAfter w:val="1"/>
          <w:wAfter w:w="120" w:type="dxa"/>
          <w:jc w:val="center"/>
        </w:trPr>
        <w:tc>
          <w:tcPr>
            <w:tcW w:w="3096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2F4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F1AC13" w14:textId="77777777" w:rsidR="009A2699" w:rsidRDefault="002F0462">
            <w:r>
              <w:rPr>
                <w:b/>
                <w:sz w:val="19"/>
              </w:rPr>
              <w:t>Contract / hours:</w:t>
            </w:r>
          </w:p>
        </w:tc>
        <w:tc>
          <w:tcPr>
            <w:tcW w:w="7128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BE293F" w14:textId="7088BA10" w:rsidR="009A2699" w:rsidRPr="008838C1" w:rsidRDefault="009A2699" w:rsidP="07A2B839">
            <w:pPr>
              <w:rPr>
                <w:color w:val="FF0000"/>
                <w:sz w:val="19"/>
                <w:szCs w:val="19"/>
              </w:rPr>
            </w:pPr>
          </w:p>
        </w:tc>
      </w:tr>
    </w:tbl>
    <w:p w14:paraId="6A05A809" w14:textId="77777777" w:rsidR="009A2699" w:rsidRDefault="009A2699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9A2699" w14:paraId="6568748C" w14:textId="77777777">
        <w:trPr>
          <w:jc w:val="center"/>
        </w:trPr>
        <w:tc>
          <w:tcPr>
            <w:tcW w:w="103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233A8B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410EC760" w14:textId="77777777" w:rsidR="009A2699" w:rsidRDefault="002F0462">
            <w:r>
              <w:rPr>
                <w:b/>
                <w:color w:val="FFFFFF"/>
                <w:sz w:val="21"/>
              </w:rPr>
              <w:t>1. Purpose of the Job</w:t>
            </w:r>
            <w:r>
              <w:rPr>
                <w:color w:val="FFFFFF"/>
                <w:sz w:val="18"/>
              </w:rPr>
              <w:t xml:space="preserve"> - State concisely the aim of the job</w:t>
            </w:r>
          </w:p>
        </w:tc>
      </w:tr>
      <w:tr w:rsidR="009A2699" w:rsidRPr="00D91607" w14:paraId="7CE2F987" w14:textId="77777777">
        <w:trPr>
          <w:jc w:val="center"/>
        </w:trPr>
        <w:tc>
          <w:tcPr>
            <w:tcW w:w="1036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A39BBE3" w14:textId="77777777" w:rsidR="009A2699" w:rsidRPr="00D91607" w:rsidRDefault="009A2699">
            <w:pPr>
              <w:rPr>
                <w:rFonts w:asciiTheme="minorHAnsi" w:hAnsiTheme="minorHAnsi"/>
                <w:sz w:val="22"/>
              </w:rPr>
            </w:pPr>
          </w:p>
          <w:p w14:paraId="7E605FCF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Deliver a seamless, five-star, white-glove front-of-house experience as the first point of contact for all visitors, clients and employees.</w:t>
            </w:r>
          </w:p>
          <w:p w14:paraId="46D165B2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Create a professional, warm and highly personalised welcome, ensuring every arrival and guest journey reflects excellent customer care.</w:t>
            </w:r>
          </w:p>
          <w:p w14:paraId="7DF80DD0" w14:textId="3800070F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 xml:space="preserve">Support client services, Client Suites, Client Experience floors, </w:t>
            </w:r>
            <w:r w:rsidR="00D91607" w:rsidRPr="00D91607">
              <w:rPr>
                <w:rFonts w:asciiTheme="minorHAnsi" w:hAnsiTheme="minorHAnsi"/>
                <w:sz w:val="22"/>
              </w:rPr>
              <w:t>P</w:t>
            </w:r>
            <w:r w:rsidRPr="00D91607">
              <w:rPr>
                <w:rFonts w:asciiTheme="minorHAnsi" w:hAnsiTheme="minorHAnsi"/>
                <w:sz w:val="22"/>
              </w:rPr>
              <w:t xml:space="preserve">roject rooms, </w:t>
            </w:r>
            <w:r w:rsidR="00D91607" w:rsidRPr="00D91607">
              <w:rPr>
                <w:rFonts w:asciiTheme="minorHAnsi" w:hAnsiTheme="minorHAnsi"/>
                <w:sz w:val="22"/>
              </w:rPr>
              <w:t>L</w:t>
            </w:r>
            <w:r w:rsidRPr="00D91607">
              <w:rPr>
                <w:rFonts w:asciiTheme="minorHAnsi" w:hAnsiTheme="minorHAnsi"/>
                <w:sz w:val="22"/>
              </w:rPr>
              <w:t xml:space="preserve">earning and </w:t>
            </w:r>
            <w:r w:rsidR="00D91607" w:rsidRPr="00D91607">
              <w:rPr>
                <w:rFonts w:asciiTheme="minorHAnsi" w:hAnsiTheme="minorHAnsi"/>
                <w:sz w:val="22"/>
              </w:rPr>
              <w:t>D</w:t>
            </w:r>
            <w:r w:rsidRPr="00D91607">
              <w:rPr>
                <w:rFonts w:asciiTheme="minorHAnsi" w:hAnsiTheme="minorHAnsi"/>
                <w:sz w:val="22"/>
              </w:rPr>
              <w:t>evelopment spaces and the Broadcasting Studio through efficient booking coordination and attention to detail.</w:t>
            </w:r>
          </w:p>
        </w:tc>
      </w:tr>
    </w:tbl>
    <w:p w14:paraId="41C8F396" w14:textId="77777777" w:rsidR="009A2699" w:rsidRPr="00D91607" w:rsidRDefault="009A2699">
      <w:pPr>
        <w:spacing w:after="40"/>
        <w:rPr>
          <w:rFonts w:asciiTheme="minorHAnsi" w:hAnsiTheme="minorHAnsi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9A2699" w:rsidRPr="00D91607" w14:paraId="50E82BBA" w14:textId="77777777">
        <w:trPr>
          <w:jc w:val="center"/>
        </w:trPr>
        <w:tc>
          <w:tcPr>
            <w:tcW w:w="103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233A8B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6AD9A423" w14:textId="77777777" w:rsidR="009A2699" w:rsidRPr="00D91607" w:rsidRDefault="002F0462">
            <w:pPr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b/>
                <w:color w:val="FFFFFF"/>
                <w:sz w:val="22"/>
              </w:rPr>
              <w:t>2. Main assignments</w:t>
            </w:r>
            <w:r w:rsidRPr="00D91607">
              <w:rPr>
                <w:rFonts w:asciiTheme="minorHAnsi" w:hAnsiTheme="minorHAnsi"/>
                <w:color w:val="FFFFFF"/>
                <w:sz w:val="22"/>
              </w:rPr>
              <w:t xml:space="preserve"> - Main activities and duties to be conducted in the job</w:t>
            </w:r>
          </w:p>
        </w:tc>
      </w:tr>
      <w:tr w:rsidR="009A2699" w14:paraId="3E4B6E10" w14:textId="77777777">
        <w:trPr>
          <w:jc w:val="center"/>
        </w:trPr>
        <w:tc>
          <w:tcPr>
            <w:tcW w:w="1036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2A3D3EC" w14:textId="77777777" w:rsidR="009A2699" w:rsidRPr="00D91607" w:rsidRDefault="009A2699">
            <w:pPr>
              <w:rPr>
                <w:rFonts w:asciiTheme="minorHAnsi" w:hAnsiTheme="minorHAnsi"/>
                <w:sz w:val="22"/>
              </w:rPr>
            </w:pPr>
          </w:p>
          <w:p w14:paraId="0D61B40E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Provide a warm, courteous and professional greeting to all visitors and clients on arrival, communicating their arrival promptly and ensuring they are met or escorted to the relevant room in a timely manner, including handover of visitors to the Guest Relations team where required.</w:t>
            </w:r>
          </w:p>
          <w:p w14:paraId="7E3DBC6D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Manage events and coordinate with client handlers and service delivery teams on room set-up, equipment and catering requirements to create a seamless one-team service experience.</w:t>
            </w:r>
          </w:p>
          <w:p w14:paraId="45BFD377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lastRenderedPageBreak/>
              <w:t>Handle bookings for Client Suites, Client Experience floors, project rooms, learning and development spaces and the Broadcasting Studio on the company booking platform.</w:t>
            </w:r>
          </w:p>
          <w:p w14:paraId="3FD3DB70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 xml:space="preserve">Support meeting room requests and liaise with teams to </w:t>
            </w:r>
            <w:proofErr w:type="gramStart"/>
            <w:r w:rsidRPr="00D91607">
              <w:rPr>
                <w:rFonts w:asciiTheme="minorHAnsi" w:hAnsiTheme="minorHAnsi"/>
                <w:sz w:val="22"/>
              </w:rPr>
              <w:t>drive</w:t>
            </w:r>
            <w:proofErr w:type="gramEnd"/>
            <w:r w:rsidRPr="00D91607">
              <w:rPr>
                <w:rFonts w:asciiTheme="minorHAnsi" w:hAnsiTheme="minorHAnsi"/>
                <w:sz w:val="22"/>
              </w:rPr>
              <w:t xml:space="preserve"> maximum utilisation of rooms and client spaces.</w:t>
            </w:r>
          </w:p>
          <w:p w14:paraId="7A579FB6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Carry out regular checks of client spaces and meeting rooms to ensure they are clean, correctly set up and ready for clients; report building appearance or maintenance issues to the FM Helpdesk.</w:t>
            </w:r>
          </w:p>
          <w:p w14:paraId="1B3580E7" w14:textId="7CA14E2A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Carry out regular testing of IT, display, MTR and audio equipment, reporting any maintenance issues immediately through the appropriate app</w:t>
            </w:r>
            <w:r w:rsidR="00052B50">
              <w:rPr>
                <w:rFonts w:asciiTheme="minorHAnsi" w:hAnsiTheme="minorHAnsi"/>
                <w:sz w:val="22"/>
              </w:rPr>
              <w:t>.</w:t>
            </w:r>
          </w:p>
          <w:p w14:paraId="37905DC6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Anticipate client needs, follow up on requests and ensure expectations are met and exceeded.</w:t>
            </w:r>
          </w:p>
          <w:p w14:paraId="5E67C203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Keep waiting visitors informed of any delays and ensure their comfort, including offering complimentary tea or coffee where appropriate.</w:t>
            </w:r>
          </w:p>
          <w:p w14:paraId="71CF5BE3" w14:textId="0FDFF84B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Maintain appropriate stationery stock and replenish meeting rooms as required.</w:t>
            </w:r>
          </w:p>
          <w:p w14:paraId="7C4E6DA2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Act as a first point of contact for AV support, triage IT systems and arrange additional or external support when required.</w:t>
            </w:r>
          </w:p>
          <w:p w14:paraId="506B4F14" w14:textId="77777777" w:rsidR="009A2699" w:rsidRDefault="002F0462">
            <w:pPr>
              <w:pStyle w:val="ListBullet"/>
              <w:spacing w:after="60" w:line="245" w:lineRule="auto"/>
              <w:ind w:left="259" w:hanging="259"/>
            </w:pPr>
            <w:r w:rsidRPr="00D91607">
              <w:rPr>
                <w:rFonts w:asciiTheme="minorHAnsi" w:hAnsiTheme="minorHAnsi"/>
                <w:sz w:val="22"/>
              </w:rPr>
              <w:t>Support the collation of meeting room management information and utilisation reporting for the Reception Manager on a weekly basis.</w:t>
            </w:r>
          </w:p>
        </w:tc>
      </w:tr>
    </w:tbl>
    <w:p w14:paraId="0D0B940D" w14:textId="77777777" w:rsidR="009A2699" w:rsidRDefault="009A2699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9A2699" w14:paraId="4476D108" w14:textId="77777777">
        <w:trPr>
          <w:jc w:val="center"/>
        </w:trPr>
        <w:tc>
          <w:tcPr>
            <w:tcW w:w="103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233A8B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0DFCA0F1" w14:textId="77777777" w:rsidR="009A2699" w:rsidRDefault="002F0462">
            <w:r>
              <w:rPr>
                <w:b/>
                <w:color w:val="FFFFFF"/>
                <w:sz w:val="21"/>
              </w:rPr>
              <w:t>3. Context and main issues</w:t>
            </w:r>
            <w:r>
              <w:rPr>
                <w:color w:val="FFFFFF"/>
                <w:sz w:val="18"/>
              </w:rPr>
              <w:t xml:space="preserve"> - Challenges, regulations, guidelines and practices to be adhered to</w:t>
            </w:r>
          </w:p>
        </w:tc>
      </w:tr>
      <w:tr w:rsidR="009A2699" w14:paraId="2E8FB7D7" w14:textId="77777777">
        <w:trPr>
          <w:jc w:val="center"/>
        </w:trPr>
        <w:tc>
          <w:tcPr>
            <w:tcW w:w="1036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27B00A" w14:textId="77777777" w:rsidR="009A2699" w:rsidRDefault="009A2699"/>
          <w:p w14:paraId="212A8058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Operating in a fast-paced, client-facing corporate environment where first impressions, service consistency and discretion are essential.</w:t>
            </w:r>
          </w:p>
          <w:p w14:paraId="3A7BD35E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Managing multiple priorities including visitor arrivals, room bookings, event requirements, AV issues, service delivery and facilities tasks at the same time.</w:t>
            </w:r>
          </w:p>
          <w:p w14:paraId="29600001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 xml:space="preserve">Ensuring compliance with health and safety, security, environmental and organisational procedures </w:t>
            </w:r>
            <w:proofErr w:type="gramStart"/>
            <w:r w:rsidRPr="00D91607">
              <w:rPr>
                <w:rFonts w:asciiTheme="minorHAnsi" w:hAnsiTheme="minorHAnsi"/>
                <w:sz w:val="22"/>
              </w:rPr>
              <w:t>at all times</w:t>
            </w:r>
            <w:proofErr w:type="gramEnd"/>
            <w:r w:rsidRPr="00D91607">
              <w:rPr>
                <w:rFonts w:asciiTheme="minorHAnsi" w:hAnsiTheme="minorHAnsi"/>
                <w:sz w:val="22"/>
              </w:rPr>
              <w:t>.</w:t>
            </w:r>
          </w:p>
          <w:p w14:paraId="0C38F69C" w14:textId="77777777" w:rsidR="009A2699" w:rsidRDefault="002F0462">
            <w:pPr>
              <w:pStyle w:val="ListBullet"/>
              <w:spacing w:after="60" w:line="245" w:lineRule="auto"/>
              <w:ind w:left="259" w:hanging="259"/>
            </w:pPr>
            <w:r w:rsidRPr="00D91607">
              <w:rPr>
                <w:rFonts w:asciiTheme="minorHAnsi" w:hAnsiTheme="minorHAnsi"/>
                <w:sz w:val="22"/>
              </w:rPr>
              <w:t>Responding calmly and effectively to last-minute changes, IT/AV faults, room readiness issues, visitor delays and evolving client expectations.</w:t>
            </w:r>
          </w:p>
        </w:tc>
      </w:tr>
    </w:tbl>
    <w:p w14:paraId="60061E4C" w14:textId="77777777" w:rsidR="009A2699" w:rsidRDefault="009A2699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9A2699" w14:paraId="06DD886E" w14:textId="77777777">
        <w:trPr>
          <w:jc w:val="center"/>
        </w:trPr>
        <w:tc>
          <w:tcPr>
            <w:tcW w:w="103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233A8B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212C843D" w14:textId="77777777" w:rsidR="009A2699" w:rsidRDefault="002F0462">
            <w:r>
              <w:rPr>
                <w:b/>
                <w:color w:val="FFFFFF"/>
                <w:sz w:val="21"/>
              </w:rPr>
              <w:t>4. Accountabilities</w:t>
            </w:r>
            <w:r>
              <w:rPr>
                <w:color w:val="FFFFFF"/>
                <w:sz w:val="18"/>
              </w:rPr>
              <w:t xml:space="preserve"> - Key outputs of the position</w:t>
            </w:r>
          </w:p>
        </w:tc>
      </w:tr>
      <w:tr w:rsidR="009A2699" w14:paraId="30061D38" w14:textId="77777777">
        <w:trPr>
          <w:jc w:val="center"/>
        </w:trPr>
        <w:tc>
          <w:tcPr>
            <w:tcW w:w="1036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4EAFD9C" w14:textId="77777777" w:rsidR="009A2699" w:rsidRPr="00D91607" w:rsidRDefault="009A2699">
            <w:pPr>
              <w:rPr>
                <w:rFonts w:asciiTheme="minorHAnsi" w:hAnsiTheme="minorHAnsi"/>
                <w:sz w:val="22"/>
              </w:rPr>
            </w:pPr>
          </w:p>
          <w:p w14:paraId="0CF5A57A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Deliver consistently high-quality front-of-house, concierge and client experience standards.</w:t>
            </w:r>
          </w:p>
          <w:p w14:paraId="5697DC9A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Ensure meeting rooms, client spaces and reception areas are operational, polished and client ready.</w:t>
            </w:r>
          </w:p>
          <w:p w14:paraId="3194E7C6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Support smooth coordination of meetings, events, bookings, catering and workplace services.</w:t>
            </w:r>
          </w:p>
          <w:p w14:paraId="6DD59445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Maintain safety, security, environmental and operational standards across the site.</w:t>
            </w:r>
          </w:p>
          <w:p w14:paraId="4EFE4BDA" w14:textId="77777777" w:rsidR="009A2699" w:rsidRDefault="002F0462">
            <w:pPr>
              <w:pStyle w:val="ListBullet"/>
              <w:spacing w:after="60" w:line="245" w:lineRule="auto"/>
              <w:ind w:left="259" w:hanging="259"/>
            </w:pPr>
            <w:r w:rsidRPr="00D91607">
              <w:rPr>
                <w:rFonts w:asciiTheme="minorHAnsi" w:hAnsiTheme="minorHAnsi"/>
                <w:sz w:val="22"/>
              </w:rPr>
              <w:t>Contribute positively to the professional image and reputation of Sodexo and the client organisation.</w:t>
            </w:r>
          </w:p>
        </w:tc>
      </w:tr>
    </w:tbl>
    <w:p w14:paraId="4B94D5A5" w14:textId="77777777" w:rsidR="009A2699" w:rsidRDefault="009A2699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9A2699" w14:paraId="6DE4AA5E" w14:textId="77777777">
        <w:trPr>
          <w:jc w:val="center"/>
        </w:trPr>
        <w:tc>
          <w:tcPr>
            <w:tcW w:w="103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233A8B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06D5ECD8" w14:textId="77777777" w:rsidR="009A2699" w:rsidRDefault="002F0462">
            <w:r>
              <w:rPr>
                <w:b/>
                <w:color w:val="FFFFFF"/>
                <w:sz w:val="21"/>
              </w:rPr>
              <w:t>5. Dimensions</w:t>
            </w:r>
            <w:r>
              <w:rPr>
                <w:color w:val="FFFFFF"/>
                <w:sz w:val="18"/>
              </w:rPr>
              <w:t xml:space="preserve"> - Main volumes and indicators managed by the position</w:t>
            </w:r>
          </w:p>
        </w:tc>
      </w:tr>
      <w:tr w:rsidR="009A2699" w14:paraId="2880A92B" w14:textId="77777777">
        <w:trPr>
          <w:jc w:val="center"/>
        </w:trPr>
        <w:tc>
          <w:tcPr>
            <w:tcW w:w="1036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3DEEC669" w14:textId="77777777" w:rsidR="009A2699" w:rsidRPr="00D91607" w:rsidRDefault="009A2699">
            <w:pPr>
              <w:rPr>
                <w:rFonts w:asciiTheme="minorHAnsi" w:hAnsiTheme="minorHAnsi" w:cstheme="majorHAnsi"/>
                <w:sz w:val="22"/>
              </w:rPr>
            </w:pPr>
          </w:p>
          <w:p w14:paraId="68616C98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 w:cstheme="majorHAnsi"/>
                <w:sz w:val="22"/>
              </w:rPr>
            </w:pPr>
            <w:r w:rsidRPr="00D91607">
              <w:rPr>
                <w:rFonts w:asciiTheme="minorHAnsi" w:hAnsiTheme="minorHAnsi" w:cstheme="majorHAnsi"/>
                <w:sz w:val="22"/>
              </w:rPr>
              <w:t>Daily management of visitor flow, client arrivals, meeting rooms and client-facing spaces.</w:t>
            </w:r>
          </w:p>
          <w:p w14:paraId="1E7B9742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 w:cstheme="majorHAnsi"/>
                <w:sz w:val="22"/>
              </w:rPr>
            </w:pPr>
            <w:r w:rsidRPr="00D91607">
              <w:rPr>
                <w:rFonts w:asciiTheme="minorHAnsi" w:hAnsiTheme="minorHAnsi" w:cstheme="majorHAnsi"/>
                <w:sz w:val="22"/>
              </w:rPr>
              <w:lastRenderedPageBreak/>
              <w:t>Coordination of events, room set-ups, catering requests and service delivery requirements.</w:t>
            </w:r>
          </w:p>
          <w:p w14:paraId="33F2B06C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 w:cstheme="majorHAnsi"/>
                <w:sz w:val="22"/>
              </w:rPr>
            </w:pPr>
            <w:r w:rsidRPr="00D91607">
              <w:rPr>
                <w:rFonts w:asciiTheme="minorHAnsi" w:hAnsiTheme="minorHAnsi" w:cstheme="majorHAnsi"/>
                <w:sz w:val="22"/>
              </w:rPr>
              <w:t>Regular review of equipment, stationery, meeting room presentation and space readiness.</w:t>
            </w:r>
          </w:p>
          <w:p w14:paraId="31B87B28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 w:cstheme="majorHAnsi"/>
                <w:sz w:val="22"/>
              </w:rPr>
            </w:pPr>
            <w:r w:rsidRPr="00D91607">
              <w:rPr>
                <w:rFonts w:asciiTheme="minorHAnsi" w:hAnsiTheme="minorHAnsi" w:cstheme="majorHAnsi"/>
                <w:sz w:val="22"/>
              </w:rPr>
              <w:t>Weekly support for meeting room management information and utilisation reporting.</w:t>
            </w:r>
          </w:p>
          <w:p w14:paraId="1A7165D6" w14:textId="77777777" w:rsidR="009A2699" w:rsidRDefault="002F0462">
            <w:pPr>
              <w:pStyle w:val="ListBullet"/>
              <w:spacing w:after="60" w:line="245" w:lineRule="auto"/>
              <w:ind w:left="259" w:hanging="259"/>
            </w:pPr>
            <w:r w:rsidRPr="00D91607">
              <w:rPr>
                <w:rFonts w:asciiTheme="minorHAnsi" w:hAnsiTheme="minorHAnsi" w:cstheme="majorHAnsi"/>
                <w:sz w:val="22"/>
              </w:rPr>
              <w:t>Occasional after-hours support for client events, subject to business requirements.</w:t>
            </w:r>
          </w:p>
        </w:tc>
      </w:tr>
    </w:tbl>
    <w:p w14:paraId="3656B9AB" w14:textId="77777777" w:rsidR="009A2699" w:rsidRDefault="009A2699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9A2699" w14:paraId="7FEF92CE" w14:textId="77777777" w:rsidTr="008F7EF7">
        <w:trPr>
          <w:jc w:val="center"/>
        </w:trPr>
        <w:tc>
          <w:tcPr>
            <w:tcW w:w="103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233A8B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0CA39CD5" w14:textId="77777777" w:rsidR="009A2699" w:rsidRDefault="002F0462">
            <w:r>
              <w:rPr>
                <w:b/>
                <w:color w:val="FFFFFF"/>
                <w:sz w:val="21"/>
              </w:rPr>
              <w:t>6. Job profile</w:t>
            </w:r>
            <w:r>
              <w:rPr>
                <w:color w:val="FFFFFF"/>
                <w:sz w:val="18"/>
              </w:rPr>
              <w:t xml:space="preserve"> - Qualifications, experience, competencies and skills required</w:t>
            </w:r>
          </w:p>
        </w:tc>
      </w:tr>
      <w:tr w:rsidR="009A2699" w14:paraId="3721C407" w14:textId="77777777" w:rsidTr="008F7EF7">
        <w:trPr>
          <w:jc w:val="center"/>
        </w:trPr>
        <w:tc>
          <w:tcPr>
            <w:tcW w:w="1036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5FB0818" w14:textId="77777777" w:rsidR="009A2699" w:rsidRPr="00D91607" w:rsidRDefault="009A2699">
            <w:pPr>
              <w:rPr>
                <w:rFonts w:asciiTheme="minorHAnsi" w:hAnsiTheme="minorHAnsi"/>
                <w:sz w:val="22"/>
              </w:rPr>
            </w:pPr>
          </w:p>
          <w:p w14:paraId="5B0DE2E2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Experience working in a five-star hospitality or client-focused corporate environment is essential.</w:t>
            </w:r>
          </w:p>
          <w:p w14:paraId="2E6B5F55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Excellent communication and interpersonal skills with a strong customer focus.</w:t>
            </w:r>
          </w:p>
          <w:p w14:paraId="5617B610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Ability to operate calmly under pressure with strong organisational skills, sound judgement and attention to detail.</w:t>
            </w:r>
          </w:p>
          <w:p w14:paraId="42E7DEDB" w14:textId="4B8B816C" w:rsidR="009A2699" w:rsidRPr="00645346" w:rsidRDefault="008F7EF7" w:rsidP="00645346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  <w:lang w:val="en-IE"/>
              </w:rPr>
            </w:pPr>
            <w:r w:rsidRPr="008F7EF7">
              <w:rPr>
                <w:rFonts w:asciiTheme="minorHAnsi" w:hAnsiTheme="minorHAnsi"/>
                <w:sz w:val="22"/>
                <w:lang w:val="en-IE"/>
              </w:rPr>
              <w:t>Proficiency in Microsoft Office applications is required, including intermediate-level Excel, Word, Outlook and Teams, along with experience using relevant booking, scheduling and administrative systems.</w:t>
            </w:r>
          </w:p>
          <w:p w14:paraId="36406404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Knowledge of Microsoft Surface Hubs, MTR, AV presentation equipment and basic IT/AV troubleshooting.</w:t>
            </w:r>
          </w:p>
          <w:p w14:paraId="4D79C12F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High energy and enthusiasm with the ability to thrive in a fast-paced, team-oriented environment.</w:t>
            </w:r>
          </w:p>
          <w:p w14:paraId="386E7C1A" w14:textId="77777777" w:rsidR="009A2699" w:rsidRDefault="002F0462">
            <w:pPr>
              <w:pStyle w:val="ListBullet"/>
              <w:spacing w:after="60" w:line="245" w:lineRule="auto"/>
              <w:ind w:left="259" w:hanging="259"/>
            </w:pPr>
            <w:r w:rsidRPr="00D91607">
              <w:rPr>
                <w:rFonts w:asciiTheme="minorHAnsi" w:hAnsiTheme="minorHAnsi"/>
                <w:sz w:val="22"/>
              </w:rPr>
              <w:t>Flexibility to work hours aligned to client and event needs, including late evening support where required.</w:t>
            </w:r>
          </w:p>
        </w:tc>
      </w:tr>
    </w:tbl>
    <w:p w14:paraId="049F31CB" w14:textId="77777777" w:rsidR="009A2699" w:rsidRDefault="009A2699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9A2699" w14:paraId="22283A97" w14:textId="77777777">
        <w:trPr>
          <w:jc w:val="center"/>
        </w:trPr>
        <w:tc>
          <w:tcPr>
            <w:tcW w:w="103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233A8B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579C5BD8" w14:textId="77777777" w:rsidR="009A2699" w:rsidRDefault="002F0462">
            <w:r>
              <w:rPr>
                <w:b/>
                <w:color w:val="FFFFFF"/>
                <w:sz w:val="21"/>
              </w:rPr>
              <w:t>7. Health and Safety</w:t>
            </w:r>
            <w:r>
              <w:rPr>
                <w:color w:val="FFFFFF"/>
                <w:sz w:val="18"/>
              </w:rPr>
              <w:t xml:space="preserve"> - Site safety and emergency procedures</w:t>
            </w:r>
          </w:p>
        </w:tc>
      </w:tr>
      <w:tr w:rsidR="009A2699" w14:paraId="7FE7DC23" w14:textId="77777777">
        <w:trPr>
          <w:jc w:val="center"/>
        </w:trPr>
        <w:tc>
          <w:tcPr>
            <w:tcW w:w="1036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3128261" w14:textId="77777777" w:rsidR="009A2699" w:rsidRDefault="009A2699"/>
          <w:p w14:paraId="45F5E5F7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Always work in a safe manner and report hazards to Health &amp; Safety.</w:t>
            </w:r>
          </w:p>
          <w:p w14:paraId="6EA26C17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Follow all Health &amp; Safety instructions as directed by the Reception Manager and attend statutory Health &amp; Safety training.</w:t>
            </w:r>
          </w:p>
          <w:p w14:paraId="431CED15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Liaise with the trained first aider if a visitor becomes unwell or has an accident and ensure the relevant paperwork is completed.</w:t>
            </w:r>
          </w:p>
          <w:p w14:paraId="387A9DFF" w14:textId="77777777" w:rsidR="009A2699" w:rsidRDefault="002F0462">
            <w:pPr>
              <w:pStyle w:val="ListBullet"/>
              <w:spacing w:after="60" w:line="245" w:lineRule="auto"/>
              <w:ind w:left="259" w:hanging="259"/>
            </w:pPr>
            <w:r w:rsidRPr="00D91607">
              <w:rPr>
                <w:rFonts w:asciiTheme="minorHAnsi" w:hAnsiTheme="minorHAnsi"/>
                <w:sz w:val="22"/>
              </w:rPr>
              <w:t>First Aid and Fire Officer training may be required for the role.</w:t>
            </w:r>
          </w:p>
        </w:tc>
      </w:tr>
    </w:tbl>
    <w:p w14:paraId="62486C05" w14:textId="77777777" w:rsidR="009A2699" w:rsidRDefault="009A2699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48"/>
      </w:tblGrid>
      <w:tr w:rsidR="009A2699" w14:paraId="7F1AC8F8" w14:textId="77777777" w:rsidTr="0096056D">
        <w:trPr>
          <w:jc w:val="center"/>
        </w:trPr>
        <w:tc>
          <w:tcPr>
            <w:tcW w:w="103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233A8B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3F8CFE3F" w14:textId="77777777" w:rsidR="009A2699" w:rsidRDefault="002F0462">
            <w:r>
              <w:rPr>
                <w:b/>
                <w:color w:val="FFFFFF"/>
                <w:sz w:val="21"/>
              </w:rPr>
              <w:t>8. Security, Environmental and General</w:t>
            </w:r>
            <w:r>
              <w:rPr>
                <w:color w:val="FFFFFF"/>
                <w:sz w:val="18"/>
              </w:rPr>
              <w:t xml:space="preserve"> - Standards and policy compliance</w:t>
            </w:r>
          </w:p>
        </w:tc>
      </w:tr>
      <w:tr w:rsidR="009A2699" w14:paraId="1B796B1C" w14:textId="77777777" w:rsidTr="0096056D">
        <w:trPr>
          <w:jc w:val="center"/>
        </w:trPr>
        <w:tc>
          <w:tcPr>
            <w:tcW w:w="1036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101652C" w14:textId="77777777" w:rsidR="009A2699" w:rsidRDefault="009A2699"/>
          <w:p w14:paraId="7439C7C4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Report incidents to Security promptly.</w:t>
            </w:r>
          </w:p>
          <w:p w14:paraId="5D55145B" w14:textId="60B8B770" w:rsidR="009A2699" w:rsidRPr="0096056D" w:rsidRDefault="0096056D" w:rsidP="0096056D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  <w:lang w:val="en-IE"/>
              </w:rPr>
            </w:pPr>
            <w:r w:rsidRPr="0096056D">
              <w:rPr>
                <w:rFonts w:asciiTheme="minorHAnsi" w:hAnsiTheme="minorHAnsi"/>
                <w:sz w:val="22"/>
                <w:lang w:val="en-IE"/>
              </w:rPr>
              <w:t>Ensure compliance with all visitor management procedures, using the Visitor Management System to accurately record and track all client, visitor and employee attendance within the Dublin office</w:t>
            </w:r>
          </w:p>
          <w:p w14:paraId="38EC2110" w14:textId="77777777" w:rsidR="009A2699" w:rsidRPr="00D91607" w:rsidRDefault="002F0462">
            <w:pPr>
              <w:pStyle w:val="ListBullet"/>
              <w:spacing w:after="60" w:line="245" w:lineRule="auto"/>
              <w:ind w:left="259" w:hanging="259"/>
              <w:rPr>
                <w:rFonts w:asciiTheme="minorHAnsi" w:hAnsiTheme="minorHAnsi"/>
                <w:sz w:val="22"/>
              </w:rPr>
            </w:pPr>
            <w:r w:rsidRPr="00D91607">
              <w:rPr>
                <w:rFonts w:asciiTheme="minorHAnsi" w:hAnsiTheme="minorHAnsi"/>
                <w:sz w:val="22"/>
              </w:rPr>
              <w:t>Support environmental initiatives and follow best practice for waste and energy savings.</w:t>
            </w:r>
          </w:p>
          <w:p w14:paraId="7AFCCF0D" w14:textId="77777777" w:rsidR="009A2699" w:rsidRDefault="002F0462">
            <w:pPr>
              <w:pStyle w:val="ListBullet"/>
              <w:spacing w:after="60" w:line="245" w:lineRule="auto"/>
              <w:ind w:left="259" w:hanging="259"/>
            </w:pPr>
            <w:r w:rsidRPr="00D91607">
              <w:rPr>
                <w:rFonts w:asciiTheme="minorHAnsi" w:hAnsiTheme="minorHAnsi"/>
                <w:sz w:val="22"/>
              </w:rPr>
              <w:t>Fully support implementation of firm policies and procedures and highlight any inconsistencies to the policy holder.</w:t>
            </w:r>
          </w:p>
        </w:tc>
      </w:tr>
    </w:tbl>
    <w:p w14:paraId="4B99056E" w14:textId="77777777" w:rsidR="009A2699" w:rsidRDefault="009A2699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71"/>
        <w:gridCol w:w="5250"/>
        <w:gridCol w:w="127"/>
      </w:tblGrid>
      <w:tr w:rsidR="009A2699" w14:paraId="65CF18F6" w14:textId="77777777" w:rsidTr="07A2B839">
        <w:trPr>
          <w:gridAfter w:val="1"/>
          <w:wAfter w:w="130" w:type="dxa"/>
          <w:jc w:val="center"/>
        </w:trPr>
        <w:tc>
          <w:tcPr>
            <w:tcW w:w="1036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233A8B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06EF0A6D" w14:textId="77777777" w:rsidR="009A2699" w:rsidRDefault="002F0462">
            <w:r>
              <w:rPr>
                <w:b/>
                <w:color w:val="FFFFFF"/>
                <w:sz w:val="21"/>
              </w:rPr>
              <w:lastRenderedPageBreak/>
              <w:t>9. Organization chart</w:t>
            </w:r>
          </w:p>
        </w:tc>
      </w:tr>
      <w:tr w:rsidR="009A2699" w14:paraId="51E59301" w14:textId="77777777" w:rsidTr="07A2B839">
        <w:trPr>
          <w:gridAfter w:val="1"/>
          <w:wAfter w:w="130" w:type="dxa"/>
          <w:jc w:val="center"/>
        </w:trPr>
        <w:tc>
          <w:tcPr>
            <w:tcW w:w="10368" w:type="dxa"/>
            <w:gridSpan w:val="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170" w:type="dxa"/>
              <w:left w:w="160" w:type="dxa"/>
              <w:bottom w:w="170" w:type="dxa"/>
              <w:right w:w="160" w:type="dxa"/>
            </w:tcMar>
          </w:tcPr>
          <w:p w14:paraId="1299C43A" w14:textId="77777777" w:rsidR="009A2699" w:rsidRDefault="009A2699"/>
          <w:p w14:paraId="3CD9ED4C" w14:textId="77777777" w:rsidR="009A2699" w:rsidRDefault="002F0462">
            <w:pPr>
              <w:jc w:val="center"/>
            </w:pPr>
            <w:r>
              <w:rPr>
                <w:b/>
                <w:color w:val="3C3C3C"/>
              </w:rPr>
              <w:t>Reception Manager for Ireland</w:t>
            </w:r>
          </w:p>
          <w:p w14:paraId="347C56E0" w14:textId="77777777" w:rsidR="009A2699" w:rsidRDefault="002F0462">
            <w:pPr>
              <w:jc w:val="center"/>
            </w:pPr>
            <w:r>
              <w:rPr>
                <w:b/>
                <w:color w:val="3C3C3C"/>
              </w:rPr>
              <w:t>↓</w:t>
            </w:r>
          </w:p>
          <w:p w14:paraId="675AFCF5" w14:textId="77777777" w:rsidR="009A2699" w:rsidRDefault="002F0462" w:rsidP="07A2B839">
            <w:pPr>
              <w:jc w:val="center"/>
            </w:pPr>
            <w:r w:rsidRPr="07A2B839">
              <w:t>Corporate Receptionist / Concierge</w:t>
            </w:r>
          </w:p>
        </w:tc>
      </w:tr>
      <w:tr w:rsidR="009A2699" w14:paraId="75EA918A" w14:textId="77777777" w:rsidTr="07A2B839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1C37EF09" w14:textId="77777777" w:rsidR="009A2699" w:rsidRDefault="002F0462">
            <w:r>
              <w:rPr>
                <w:color w:val="233A8B"/>
                <w:sz w:val="18"/>
              </w:rPr>
              <w:t>Received: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DBEF00" w14:textId="77777777" w:rsidR="009A2699" w:rsidRDefault="009A2699"/>
        </w:tc>
      </w:tr>
      <w:tr w:rsidR="009A2699" w14:paraId="68FAD9D8" w14:textId="77777777" w:rsidTr="07A2B839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5BE193C5" w14:textId="77777777" w:rsidR="009A2699" w:rsidRDefault="002F0462">
            <w:r>
              <w:rPr>
                <w:color w:val="233A8B"/>
                <w:sz w:val="18"/>
              </w:rPr>
              <w:t>Date: ______________________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2B288412" w14:textId="77777777" w:rsidR="009A2699" w:rsidRDefault="002F0462">
            <w:r>
              <w:rPr>
                <w:color w:val="233A8B"/>
                <w:sz w:val="18"/>
              </w:rPr>
              <w:t>Date: ______________________</w:t>
            </w:r>
          </w:p>
        </w:tc>
      </w:tr>
      <w:tr w:rsidR="009A2699" w14:paraId="2386F683" w14:textId="77777777" w:rsidTr="07A2B839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D09F1D" w14:textId="77777777" w:rsidR="009A2699" w:rsidRDefault="002F0462">
            <w:r>
              <w:rPr>
                <w:color w:val="233A8B"/>
                <w:sz w:val="18"/>
              </w:rPr>
              <w:t>Job holder: __________________________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41373DDA" w14:textId="77777777" w:rsidR="009A2699" w:rsidRDefault="002F0462">
            <w:r>
              <w:rPr>
                <w:color w:val="233A8B"/>
                <w:sz w:val="18"/>
              </w:rPr>
              <w:t>Immediate Manager: __________________________</w:t>
            </w:r>
          </w:p>
        </w:tc>
      </w:tr>
    </w:tbl>
    <w:p w14:paraId="128776A2" w14:textId="77777777" w:rsidR="002F0462" w:rsidRDefault="002F0462"/>
    <w:sectPr w:rsidR="002F0462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02768" w14:textId="77777777" w:rsidR="003D492D" w:rsidRDefault="003D492D">
      <w:pPr>
        <w:spacing w:after="0" w:line="240" w:lineRule="auto"/>
      </w:pPr>
      <w:r>
        <w:separator/>
      </w:r>
    </w:p>
  </w:endnote>
  <w:endnote w:type="continuationSeparator" w:id="0">
    <w:p w14:paraId="6192D38D" w14:textId="77777777" w:rsidR="003D492D" w:rsidRDefault="003D4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12B2" w14:textId="77777777" w:rsidR="009A2699" w:rsidRDefault="002F0462">
    <w:pPr>
      <w:pStyle w:val="Footer"/>
      <w:jc w:val="center"/>
    </w:pPr>
    <w:r>
      <w:rPr>
        <w:color w:val="7D7D7D"/>
        <w:sz w:val="16"/>
      </w:rPr>
      <w:t>Sodexo Job Description | Draft | Strictly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6973" w14:textId="77777777" w:rsidR="003D492D" w:rsidRDefault="003D492D">
      <w:pPr>
        <w:spacing w:after="0" w:line="240" w:lineRule="auto"/>
      </w:pPr>
      <w:r>
        <w:separator/>
      </w:r>
    </w:p>
  </w:footnote>
  <w:footnote w:type="continuationSeparator" w:id="0">
    <w:p w14:paraId="7B942780" w14:textId="77777777" w:rsidR="003D492D" w:rsidRDefault="003D4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CBC68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4781039">
    <w:abstractNumId w:val="8"/>
  </w:num>
  <w:num w:numId="2" w16cid:durableId="1260680625">
    <w:abstractNumId w:val="6"/>
  </w:num>
  <w:num w:numId="3" w16cid:durableId="1148327586">
    <w:abstractNumId w:val="5"/>
  </w:num>
  <w:num w:numId="4" w16cid:durableId="1546287566">
    <w:abstractNumId w:val="4"/>
  </w:num>
  <w:num w:numId="5" w16cid:durableId="1459837613">
    <w:abstractNumId w:val="7"/>
  </w:num>
  <w:num w:numId="6" w16cid:durableId="788861364">
    <w:abstractNumId w:val="3"/>
  </w:num>
  <w:num w:numId="7" w16cid:durableId="597176682">
    <w:abstractNumId w:val="2"/>
  </w:num>
  <w:num w:numId="8" w16cid:durableId="1111702942">
    <w:abstractNumId w:val="1"/>
  </w:num>
  <w:num w:numId="9" w16cid:durableId="79464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B50"/>
    <w:rsid w:val="0006063C"/>
    <w:rsid w:val="0015074B"/>
    <w:rsid w:val="001A2853"/>
    <w:rsid w:val="0029639D"/>
    <w:rsid w:val="002F0462"/>
    <w:rsid w:val="00323D6D"/>
    <w:rsid w:val="00326F90"/>
    <w:rsid w:val="003D492D"/>
    <w:rsid w:val="0041450A"/>
    <w:rsid w:val="00530CDA"/>
    <w:rsid w:val="005D45A4"/>
    <w:rsid w:val="00645346"/>
    <w:rsid w:val="007454C3"/>
    <w:rsid w:val="008838C1"/>
    <w:rsid w:val="008F7EF7"/>
    <w:rsid w:val="00900AA1"/>
    <w:rsid w:val="0096056D"/>
    <w:rsid w:val="009A2699"/>
    <w:rsid w:val="00AA1D8D"/>
    <w:rsid w:val="00B47730"/>
    <w:rsid w:val="00CB0664"/>
    <w:rsid w:val="00D91607"/>
    <w:rsid w:val="00E309A2"/>
    <w:rsid w:val="00F0487E"/>
    <w:rsid w:val="00F466E9"/>
    <w:rsid w:val="00F96180"/>
    <w:rsid w:val="00FC693F"/>
    <w:rsid w:val="07A2B839"/>
    <w:rsid w:val="5E74A50D"/>
    <w:rsid w:val="7023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D42F25F-8154-4691-9973-D8250F0D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5421</Characters>
  <Application>Microsoft Office Word</Application>
  <DocSecurity>0</DocSecurity>
  <Lines>45</Lines>
  <Paragraphs>12</Paragraphs>
  <ScaleCrop>false</ScaleCrop>
  <Manager/>
  <Company/>
  <LinksUpToDate>false</LinksUpToDate>
  <CharactersWithSpaces>6360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Sodexo Corporate Receptionist Concierge Job Description</dc:title>
  <dc:subject>Job Description</dc:subject>
  <dc:creator>Patricia Egan</dc:creator>
  <cp:keywords>Sodexo, Corporate Receptionist, Concierge, Dublin</cp:keywords>
  <dc:description>generated by python-docx</dc:description>
  <cp:lastModifiedBy>Estep, Bethany</cp:lastModifiedBy>
  <cp:revision>2</cp:revision>
  <dcterms:created xsi:type="dcterms:W3CDTF">2026-08-06T14:18:00Z</dcterms:created>
  <dcterms:modified xsi:type="dcterms:W3CDTF">2026-08-06T14:18:00Z</dcterms:modified>
  <cp:category/>
</cp:coreProperties>
</file>